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E4465" w14:textId="77777777" w:rsidR="00501F52" w:rsidRPr="00DD2298" w:rsidRDefault="00501F52"/>
    <w:p w14:paraId="6482A4D7" w14:textId="10332DAA" w:rsidR="00501F52" w:rsidRPr="00632B13" w:rsidRDefault="00724692" w:rsidP="00632B13">
      <w:pPr>
        <w:jc w:val="center"/>
        <w:rPr>
          <w:rFonts w:asciiTheme="majorHAnsi" w:hAnsiTheme="majorHAnsi" w:cstheme="majorHAnsi"/>
          <w:b/>
          <w:bCs/>
          <w:color w:val="4F6228" w:themeColor="accent3" w:themeShade="80"/>
          <w:sz w:val="32"/>
          <w:szCs w:val="32"/>
        </w:rPr>
      </w:pPr>
      <w:r w:rsidRPr="00632B13">
        <w:rPr>
          <w:rFonts w:asciiTheme="majorHAnsi" w:hAnsiTheme="majorHAnsi" w:cstheme="majorHAnsi"/>
          <w:b/>
          <w:bCs/>
          <w:color w:val="4F6228" w:themeColor="accent3" w:themeShade="80"/>
          <w:sz w:val="32"/>
          <w:szCs w:val="32"/>
        </w:rPr>
        <w:t xml:space="preserve">BELEIDSPLAN </w:t>
      </w:r>
      <w:r w:rsidR="005C23FE" w:rsidRPr="00632B13">
        <w:rPr>
          <w:rFonts w:asciiTheme="majorHAnsi" w:hAnsiTheme="majorHAnsi" w:cstheme="majorHAnsi"/>
          <w:b/>
          <w:bCs/>
          <w:color w:val="4F6228" w:themeColor="accent3" w:themeShade="80"/>
          <w:sz w:val="32"/>
          <w:szCs w:val="32"/>
        </w:rPr>
        <w:t xml:space="preserve"> Stichting Asiel Roosendaal</w:t>
      </w:r>
    </w:p>
    <w:p w14:paraId="02FAB742" w14:textId="77777777" w:rsidR="00501F52" w:rsidRPr="00632B13" w:rsidRDefault="00724692" w:rsidP="00632B13">
      <w:pPr>
        <w:jc w:val="center"/>
        <w:rPr>
          <w:rFonts w:asciiTheme="majorHAnsi" w:hAnsiTheme="majorHAnsi" w:cstheme="majorHAnsi"/>
          <w:b/>
          <w:bCs/>
          <w:color w:val="4F6228" w:themeColor="accent3" w:themeShade="80"/>
          <w:sz w:val="32"/>
          <w:szCs w:val="32"/>
        </w:rPr>
      </w:pPr>
      <w:r w:rsidRPr="00632B13">
        <w:rPr>
          <w:rFonts w:asciiTheme="majorHAnsi" w:hAnsiTheme="majorHAnsi" w:cstheme="majorHAnsi"/>
          <w:b/>
          <w:bCs/>
          <w:color w:val="4F6228" w:themeColor="accent3" w:themeShade="80"/>
          <w:sz w:val="32"/>
          <w:szCs w:val="32"/>
        </w:rPr>
        <w:t>2026 -  2030</w:t>
      </w:r>
    </w:p>
    <w:p w14:paraId="675508B6" w14:textId="7398661B" w:rsidR="00501F52" w:rsidRPr="00AD1A32" w:rsidRDefault="00501F52">
      <w:pPr>
        <w:rPr>
          <w:rFonts w:asciiTheme="majorHAnsi" w:hAnsiTheme="majorHAnsi" w:cstheme="majorHAnsi"/>
        </w:rPr>
      </w:pPr>
    </w:p>
    <w:p w14:paraId="096302B7" w14:textId="22508C7D" w:rsidR="006862E8" w:rsidRPr="006862E8" w:rsidRDefault="00724692" w:rsidP="006862E8">
      <w:pPr>
        <w:rPr>
          <w:rFonts w:asciiTheme="majorHAnsi" w:hAnsiTheme="majorHAnsi" w:cstheme="majorHAnsi"/>
        </w:rPr>
      </w:pPr>
      <w:r w:rsidRPr="00AD1A32">
        <w:rPr>
          <w:rFonts w:asciiTheme="majorHAnsi" w:hAnsiTheme="majorHAnsi" w:cstheme="majorHAnsi"/>
        </w:rPr>
        <w:t xml:space="preserve"> </w:t>
      </w:r>
      <w:r w:rsidR="006862E8" w:rsidRPr="006862E8">
        <w:rPr>
          <w:rFonts w:asciiTheme="majorHAnsi" w:hAnsiTheme="majorHAnsi" w:cstheme="majorHAnsi"/>
          <w:noProof/>
        </w:rPr>
        <w:drawing>
          <wp:inline distT="0" distB="0" distL="0" distR="0" wp14:anchorId="65730A67" wp14:editId="52F529C7">
            <wp:extent cx="5486400" cy="3657600"/>
            <wp:effectExtent l="0" t="0" r="0" b="0"/>
            <wp:docPr id="17351378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43C0EA1" w14:textId="366BCC2C" w:rsidR="00501F52" w:rsidRPr="00AD1A32" w:rsidRDefault="00501F52">
      <w:pPr>
        <w:rPr>
          <w:rFonts w:asciiTheme="majorHAnsi" w:hAnsiTheme="majorHAnsi" w:cstheme="majorHAnsi"/>
        </w:rPr>
      </w:pPr>
    </w:p>
    <w:p w14:paraId="4F09FF2B"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60589C5F" w14:textId="77777777" w:rsidR="00AD1A32" w:rsidRPr="00AD1A32" w:rsidRDefault="00AD1A32">
      <w:pPr>
        <w:rPr>
          <w:rFonts w:asciiTheme="majorHAnsi" w:hAnsiTheme="majorHAnsi" w:cstheme="majorHAnsi"/>
        </w:rPr>
      </w:pPr>
    </w:p>
    <w:p w14:paraId="7032AE80" w14:textId="77777777" w:rsidR="00AD1A32" w:rsidRPr="00AD1A32" w:rsidRDefault="00AD1A32">
      <w:pPr>
        <w:rPr>
          <w:rFonts w:asciiTheme="majorHAnsi" w:hAnsiTheme="majorHAnsi" w:cstheme="majorHAnsi"/>
        </w:rPr>
      </w:pPr>
    </w:p>
    <w:p w14:paraId="4D8EF5CD"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0078A9DF"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30196ECF"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07CD1EC6" w14:textId="77777777" w:rsidR="006862E8" w:rsidRDefault="006862E8">
      <w:pPr>
        <w:rPr>
          <w:rFonts w:asciiTheme="majorHAnsi" w:hAnsiTheme="majorHAnsi" w:cstheme="majorHAnsi"/>
        </w:rPr>
      </w:pPr>
      <w:r>
        <w:rPr>
          <w:rFonts w:asciiTheme="majorHAnsi" w:hAnsiTheme="majorHAnsi" w:cstheme="majorHAnsi"/>
        </w:rPr>
        <w:br w:type="column"/>
      </w:r>
    </w:p>
    <w:p w14:paraId="5ABCC7C7" w14:textId="0AE4D507" w:rsidR="00501F52" w:rsidRPr="006862E8" w:rsidRDefault="00724692">
      <w:pPr>
        <w:rPr>
          <w:rFonts w:asciiTheme="majorHAnsi" w:hAnsiTheme="majorHAnsi" w:cstheme="majorHAnsi"/>
          <w:b/>
          <w:bCs/>
          <w:color w:val="76923C" w:themeColor="accent3" w:themeShade="BF"/>
          <w:sz w:val="32"/>
          <w:szCs w:val="32"/>
        </w:rPr>
      </w:pPr>
      <w:r w:rsidRPr="006862E8">
        <w:rPr>
          <w:rFonts w:asciiTheme="majorHAnsi" w:hAnsiTheme="majorHAnsi" w:cstheme="majorHAnsi"/>
          <w:b/>
          <w:bCs/>
          <w:color w:val="76923C" w:themeColor="accent3" w:themeShade="BF"/>
          <w:sz w:val="32"/>
          <w:szCs w:val="32"/>
        </w:rPr>
        <w:t xml:space="preserve">Inleiding </w:t>
      </w:r>
    </w:p>
    <w:p w14:paraId="1748F4B3" w14:textId="77777777" w:rsidR="00501F52" w:rsidRPr="00AD1A32" w:rsidRDefault="00501F52">
      <w:pPr>
        <w:rPr>
          <w:rFonts w:asciiTheme="majorHAnsi" w:hAnsiTheme="majorHAnsi" w:cstheme="majorHAnsi"/>
        </w:rPr>
      </w:pPr>
    </w:p>
    <w:p w14:paraId="64E03943" w14:textId="185C8E16" w:rsidR="00501F52" w:rsidRPr="00AD1A32" w:rsidRDefault="00724692">
      <w:pPr>
        <w:rPr>
          <w:rFonts w:asciiTheme="majorHAnsi" w:hAnsiTheme="majorHAnsi" w:cstheme="majorHAnsi"/>
        </w:rPr>
      </w:pPr>
      <w:r w:rsidRPr="00AD1A32">
        <w:rPr>
          <w:rFonts w:asciiTheme="majorHAnsi" w:hAnsiTheme="majorHAnsi" w:cstheme="majorHAnsi"/>
        </w:rPr>
        <w:t xml:space="preserve">Voor u ligt het </w:t>
      </w:r>
      <w:r w:rsidRPr="006862E8">
        <w:rPr>
          <w:rFonts w:asciiTheme="majorHAnsi" w:hAnsiTheme="majorHAnsi" w:cstheme="majorHAnsi"/>
          <w:color w:val="E36C0A" w:themeColor="accent6" w:themeShade="BF"/>
        </w:rPr>
        <w:t xml:space="preserve">beleidsplan 2026-2030 </w:t>
      </w:r>
      <w:r w:rsidRPr="00AD1A32">
        <w:rPr>
          <w:rFonts w:asciiTheme="majorHAnsi" w:hAnsiTheme="majorHAnsi" w:cstheme="majorHAnsi"/>
        </w:rPr>
        <w:t xml:space="preserve">van de Stichting </w:t>
      </w:r>
      <w:r w:rsidR="005C23FE" w:rsidRPr="00AD1A32">
        <w:rPr>
          <w:rFonts w:asciiTheme="majorHAnsi" w:hAnsiTheme="majorHAnsi" w:cstheme="majorHAnsi"/>
        </w:rPr>
        <w:t>Asiel Roosendaal</w:t>
      </w:r>
      <w:r w:rsidRPr="00AD1A32">
        <w:rPr>
          <w:rFonts w:asciiTheme="majorHAnsi" w:hAnsiTheme="majorHAnsi" w:cstheme="majorHAnsi"/>
        </w:rPr>
        <w:t xml:space="preserve">. </w:t>
      </w:r>
    </w:p>
    <w:p w14:paraId="1060461E" w14:textId="77777777" w:rsidR="00077F31" w:rsidRPr="00AD1A32" w:rsidRDefault="00724692">
      <w:pPr>
        <w:rPr>
          <w:rFonts w:asciiTheme="majorHAnsi" w:hAnsiTheme="majorHAnsi" w:cstheme="majorHAnsi"/>
        </w:rPr>
      </w:pPr>
      <w:r w:rsidRPr="00AD1A32">
        <w:rPr>
          <w:rFonts w:asciiTheme="majorHAnsi" w:hAnsiTheme="majorHAnsi" w:cstheme="majorHAnsi"/>
        </w:rPr>
        <w:t xml:space="preserve">Het jaar </w:t>
      </w:r>
      <w:r w:rsidRPr="006862E8">
        <w:rPr>
          <w:rFonts w:asciiTheme="majorHAnsi" w:hAnsiTheme="majorHAnsi" w:cstheme="majorHAnsi"/>
          <w:color w:val="E36C0A" w:themeColor="accent6" w:themeShade="BF"/>
        </w:rPr>
        <w:t>202</w:t>
      </w:r>
      <w:r w:rsidR="00C26FD7" w:rsidRPr="006862E8">
        <w:rPr>
          <w:rFonts w:asciiTheme="majorHAnsi" w:hAnsiTheme="majorHAnsi" w:cstheme="majorHAnsi"/>
          <w:color w:val="E36C0A" w:themeColor="accent6" w:themeShade="BF"/>
        </w:rPr>
        <w:t>6</w:t>
      </w:r>
      <w:r w:rsidRPr="00AD1A32">
        <w:rPr>
          <w:rFonts w:asciiTheme="majorHAnsi" w:hAnsiTheme="majorHAnsi" w:cstheme="majorHAnsi"/>
        </w:rPr>
        <w:t xml:space="preserve"> st</w:t>
      </w:r>
      <w:r w:rsidR="005C23FE" w:rsidRPr="00AD1A32">
        <w:rPr>
          <w:rFonts w:asciiTheme="majorHAnsi" w:hAnsiTheme="majorHAnsi" w:cstheme="majorHAnsi"/>
        </w:rPr>
        <w:t>aat</w:t>
      </w:r>
      <w:r w:rsidRPr="00AD1A32">
        <w:rPr>
          <w:rFonts w:asciiTheme="majorHAnsi" w:hAnsiTheme="majorHAnsi" w:cstheme="majorHAnsi"/>
        </w:rPr>
        <w:t xml:space="preserve"> in het teken van </w:t>
      </w:r>
      <w:r w:rsidR="005C23FE" w:rsidRPr="00AD1A32">
        <w:rPr>
          <w:rFonts w:asciiTheme="majorHAnsi" w:hAnsiTheme="majorHAnsi" w:cstheme="majorHAnsi"/>
        </w:rPr>
        <w:t xml:space="preserve">grote </w:t>
      </w:r>
      <w:r w:rsidRPr="00AD1A32">
        <w:rPr>
          <w:rFonts w:asciiTheme="majorHAnsi" w:hAnsiTheme="majorHAnsi" w:cstheme="majorHAnsi"/>
        </w:rPr>
        <w:t xml:space="preserve">verandering. Deze verandering werd </w:t>
      </w:r>
      <w:r w:rsidR="005C23FE" w:rsidRPr="00AD1A32">
        <w:rPr>
          <w:rFonts w:asciiTheme="majorHAnsi" w:hAnsiTheme="majorHAnsi" w:cstheme="majorHAnsi"/>
        </w:rPr>
        <w:t>eind 2025</w:t>
      </w:r>
      <w:r w:rsidRPr="00AD1A32">
        <w:rPr>
          <w:rFonts w:asciiTheme="majorHAnsi" w:hAnsiTheme="majorHAnsi" w:cstheme="majorHAnsi"/>
        </w:rPr>
        <w:t xml:space="preserve"> in gang gezet door </w:t>
      </w:r>
      <w:r w:rsidR="000E4760" w:rsidRPr="00AD1A32">
        <w:rPr>
          <w:rFonts w:asciiTheme="majorHAnsi" w:hAnsiTheme="majorHAnsi" w:cstheme="majorHAnsi"/>
        </w:rPr>
        <w:t>de plannen voor de overname van het huidige asiel</w:t>
      </w:r>
      <w:r w:rsidR="00077F31" w:rsidRPr="00AD1A32">
        <w:rPr>
          <w:rFonts w:asciiTheme="majorHAnsi" w:hAnsiTheme="majorHAnsi" w:cstheme="majorHAnsi"/>
        </w:rPr>
        <w:t xml:space="preserve"> per 1 januari 2026</w:t>
      </w:r>
      <w:r w:rsidR="000E4760" w:rsidRPr="00AD1A32">
        <w:rPr>
          <w:rFonts w:asciiTheme="majorHAnsi" w:hAnsiTheme="majorHAnsi" w:cstheme="majorHAnsi"/>
        </w:rPr>
        <w:t xml:space="preserve"> door de huidige eigenaar</w:t>
      </w:r>
      <w:r w:rsidR="00077F31" w:rsidRPr="00AD1A32">
        <w:rPr>
          <w:rFonts w:asciiTheme="majorHAnsi" w:hAnsiTheme="majorHAnsi" w:cstheme="majorHAnsi"/>
        </w:rPr>
        <w:t xml:space="preserve">. </w:t>
      </w:r>
    </w:p>
    <w:p w14:paraId="1B9EFF70" w14:textId="39B36B04" w:rsidR="00077F31" w:rsidRPr="00AD1A32" w:rsidRDefault="00FB065D">
      <w:pPr>
        <w:rPr>
          <w:rFonts w:asciiTheme="majorHAnsi" w:hAnsiTheme="majorHAnsi" w:cstheme="majorHAnsi"/>
        </w:rPr>
      </w:pPr>
      <w:r w:rsidRPr="00AD1A32">
        <w:rPr>
          <w:rFonts w:asciiTheme="majorHAnsi" w:hAnsiTheme="majorHAnsi" w:cstheme="majorHAnsi"/>
        </w:rPr>
        <w:t xml:space="preserve">De overname is </w:t>
      </w:r>
      <w:r w:rsidR="00896803" w:rsidRPr="00AD1A32">
        <w:rPr>
          <w:rFonts w:asciiTheme="majorHAnsi" w:hAnsiTheme="majorHAnsi" w:cstheme="majorHAnsi"/>
        </w:rPr>
        <w:t>nu een feit</w:t>
      </w:r>
      <w:r w:rsidR="00BD7D8B" w:rsidRPr="00AD1A32">
        <w:rPr>
          <w:rFonts w:asciiTheme="majorHAnsi" w:hAnsiTheme="majorHAnsi" w:cstheme="majorHAnsi"/>
        </w:rPr>
        <w:t xml:space="preserve"> en de gesprekken met de gemeente Roosendaal (als vertegenwoordiger van de 6 samenwerkende gemeenten)</w:t>
      </w:r>
      <w:r w:rsidR="00CF0175" w:rsidRPr="00AD1A32">
        <w:rPr>
          <w:rFonts w:asciiTheme="majorHAnsi" w:hAnsiTheme="majorHAnsi" w:cstheme="majorHAnsi"/>
        </w:rPr>
        <w:t xml:space="preserve"> en het NFDO zijn goed op gang om op allerlei gebieden een verbeterslag te maken. </w:t>
      </w:r>
    </w:p>
    <w:p w14:paraId="04C2F1C1" w14:textId="639F8872" w:rsidR="00CF0175" w:rsidRPr="00AD1A32" w:rsidRDefault="00CF0175">
      <w:pPr>
        <w:rPr>
          <w:rFonts w:asciiTheme="majorHAnsi" w:hAnsiTheme="majorHAnsi" w:cstheme="majorHAnsi"/>
        </w:rPr>
      </w:pPr>
      <w:r w:rsidRPr="00AD1A32">
        <w:rPr>
          <w:rFonts w:asciiTheme="majorHAnsi" w:hAnsiTheme="majorHAnsi" w:cstheme="majorHAnsi"/>
        </w:rPr>
        <w:t xml:space="preserve">De </w:t>
      </w:r>
      <w:r w:rsidR="001F1A86" w:rsidRPr="00AD1A32">
        <w:rPr>
          <w:rFonts w:asciiTheme="majorHAnsi" w:hAnsiTheme="majorHAnsi" w:cstheme="majorHAnsi"/>
        </w:rPr>
        <w:t>opdracht die we hebben gekregen</w:t>
      </w:r>
      <w:r w:rsidR="00E14220" w:rsidRPr="00AD1A32">
        <w:rPr>
          <w:rFonts w:asciiTheme="majorHAnsi" w:hAnsiTheme="majorHAnsi" w:cstheme="majorHAnsi"/>
        </w:rPr>
        <w:t xml:space="preserve"> voor de komende jaren</w:t>
      </w:r>
      <w:r w:rsidR="001F1A86" w:rsidRPr="00AD1A32">
        <w:rPr>
          <w:rFonts w:asciiTheme="majorHAnsi" w:hAnsiTheme="majorHAnsi" w:cstheme="majorHAnsi"/>
        </w:rPr>
        <w:t xml:space="preserve"> is duidelijk, onze visie is dat ook. </w:t>
      </w:r>
      <w:r w:rsidR="00E75FA8" w:rsidRPr="00AD1A32">
        <w:rPr>
          <w:rFonts w:asciiTheme="majorHAnsi" w:hAnsiTheme="majorHAnsi" w:cstheme="majorHAnsi"/>
        </w:rPr>
        <w:t xml:space="preserve">In dit beleidsplan beschrijven wij dit uitgebreid. </w:t>
      </w:r>
    </w:p>
    <w:p w14:paraId="0E7E2455" w14:textId="79D5FF84" w:rsidR="00501F52" w:rsidRPr="00AD1A32" w:rsidRDefault="00724692">
      <w:pPr>
        <w:rPr>
          <w:rFonts w:asciiTheme="majorHAnsi" w:hAnsiTheme="majorHAnsi" w:cstheme="majorHAnsi"/>
        </w:rPr>
      </w:pPr>
      <w:r w:rsidRPr="00AD1A32">
        <w:rPr>
          <w:rFonts w:asciiTheme="majorHAnsi" w:hAnsiTheme="majorHAnsi" w:cstheme="majorHAnsi"/>
        </w:rPr>
        <w:t xml:space="preserve">De focus ligt op </w:t>
      </w:r>
      <w:r w:rsidR="00BF42E4" w:rsidRPr="00AD1A32">
        <w:rPr>
          <w:rFonts w:asciiTheme="majorHAnsi" w:hAnsiTheme="majorHAnsi" w:cstheme="majorHAnsi"/>
        </w:rPr>
        <w:t xml:space="preserve">blijvende </w:t>
      </w:r>
      <w:r w:rsidR="00007468" w:rsidRPr="00AD1A32">
        <w:rPr>
          <w:rFonts w:asciiTheme="majorHAnsi" w:hAnsiTheme="majorHAnsi" w:cstheme="majorHAnsi"/>
        </w:rPr>
        <w:t>verbetering</w:t>
      </w:r>
      <w:r w:rsidR="00BF42E4" w:rsidRPr="00AD1A32">
        <w:rPr>
          <w:rFonts w:asciiTheme="majorHAnsi" w:hAnsiTheme="majorHAnsi" w:cstheme="majorHAnsi"/>
        </w:rPr>
        <w:t>en</w:t>
      </w:r>
      <w:r w:rsidR="00007468" w:rsidRPr="00AD1A32">
        <w:rPr>
          <w:rFonts w:asciiTheme="majorHAnsi" w:hAnsiTheme="majorHAnsi" w:cstheme="majorHAnsi"/>
        </w:rPr>
        <w:t xml:space="preserve"> van het dierenwelzijn</w:t>
      </w:r>
      <w:r w:rsidR="00950348" w:rsidRPr="00AD1A32">
        <w:rPr>
          <w:rFonts w:asciiTheme="majorHAnsi" w:hAnsiTheme="majorHAnsi" w:cstheme="majorHAnsi"/>
        </w:rPr>
        <w:t xml:space="preserve"> door onder andere nieuwe huisvesti</w:t>
      </w:r>
      <w:r w:rsidR="00F571B7" w:rsidRPr="00AD1A32">
        <w:rPr>
          <w:rFonts w:asciiTheme="majorHAnsi" w:hAnsiTheme="majorHAnsi" w:cstheme="majorHAnsi"/>
        </w:rPr>
        <w:t>n</w:t>
      </w:r>
      <w:r w:rsidR="00950348" w:rsidRPr="00AD1A32">
        <w:rPr>
          <w:rFonts w:asciiTheme="majorHAnsi" w:hAnsiTheme="majorHAnsi" w:cstheme="majorHAnsi"/>
        </w:rPr>
        <w:t>g</w:t>
      </w:r>
      <w:r w:rsidR="00BF42E4" w:rsidRPr="00AD1A32">
        <w:rPr>
          <w:rFonts w:asciiTheme="majorHAnsi" w:hAnsiTheme="majorHAnsi" w:cstheme="majorHAnsi"/>
        </w:rPr>
        <w:t xml:space="preserve">, </w:t>
      </w:r>
      <w:r w:rsidRPr="00AD1A32">
        <w:rPr>
          <w:rFonts w:asciiTheme="majorHAnsi" w:hAnsiTheme="majorHAnsi" w:cstheme="majorHAnsi"/>
        </w:rPr>
        <w:t>rust</w:t>
      </w:r>
      <w:r w:rsidR="00E14220" w:rsidRPr="00AD1A32">
        <w:rPr>
          <w:rFonts w:asciiTheme="majorHAnsi" w:hAnsiTheme="majorHAnsi" w:cstheme="majorHAnsi"/>
        </w:rPr>
        <w:t xml:space="preserve"> en stabiliteit</w:t>
      </w:r>
      <w:r w:rsidRPr="00AD1A32">
        <w:rPr>
          <w:rFonts w:asciiTheme="majorHAnsi" w:hAnsiTheme="majorHAnsi" w:cstheme="majorHAnsi"/>
        </w:rPr>
        <w:t xml:space="preserve"> op de werkvloer, een </w:t>
      </w:r>
      <w:r w:rsidR="00511F8B" w:rsidRPr="00AD1A32">
        <w:rPr>
          <w:rFonts w:asciiTheme="majorHAnsi" w:hAnsiTheme="majorHAnsi" w:cstheme="majorHAnsi"/>
        </w:rPr>
        <w:t xml:space="preserve">goede </w:t>
      </w:r>
      <w:r w:rsidRPr="00AD1A32">
        <w:rPr>
          <w:rFonts w:asciiTheme="majorHAnsi" w:hAnsiTheme="majorHAnsi" w:cstheme="majorHAnsi"/>
        </w:rPr>
        <w:t>verdeling van de werkdruk</w:t>
      </w:r>
      <w:r w:rsidR="00007468" w:rsidRPr="00AD1A32">
        <w:rPr>
          <w:rFonts w:asciiTheme="majorHAnsi" w:hAnsiTheme="majorHAnsi" w:cstheme="majorHAnsi"/>
        </w:rPr>
        <w:t xml:space="preserve"> en</w:t>
      </w:r>
      <w:r w:rsidR="00BF42E4" w:rsidRPr="00AD1A32">
        <w:rPr>
          <w:rFonts w:asciiTheme="majorHAnsi" w:hAnsiTheme="majorHAnsi" w:cstheme="majorHAnsi"/>
        </w:rPr>
        <w:t xml:space="preserve"> </w:t>
      </w:r>
      <w:r w:rsidR="00C63D74" w:rsidRPr="00AD1A32">
        <w:rPr>
          <w:rFonts w:asciiTheme="majorHAnsi" w:hAnsiTheme="majorHAnsi" w:cstheme="majorHAnsi"/>
        </w:rPr>
        <w:t xml:space="preserve">bouwen aan een open en </w:t>
      </w:r>
      <w:r w:rsidR="00EC55E9" w:rsidRPr="00AD1A32">
        <w:rPr>
          <w:rFonts w:asciiTheme="majorHAnsi" w:hAnsiTheme="majorHAnsi" w:cstheme="majorHAnsi"/>
        </w:rPr>
        <w:t>(klant)</w:t>
      </w:r>
      <w:r w:rsidR="00C63D74" w:rsidRPr="00AD1A32">
        <w:rPr>
          <w:rFonts w:asciiTheme="majorHAnsi" w:hAnsiTheme="majorHAnsi" w:cstheme="majorHAnsi"/>
        </w:rPr>
        <w:t>vriendelijk imago</w:t>
      </w:r>
      <w:r w:rsidR="00EC55E9" w:rsidRPr="00AD1A32">
        <w:rPr>
          <w:rFonts w:asciiTheme="majorHAnsi" w:hAnsiTheme="majorHAnsi" w:cstheme="majorHAnsi"/>
        </w:rPr>
        <w:t>.</w:t>
      </w:r>
    </w:p>
    <w:p w14:paraId="18F52FF5" w14:textId="7A379B3E" w:rsidR="00501F52" w:rsidRPr="00AD56E9" w:rsidRDefault="00724692" w:rsidP="00325F8A">
      <w:pPr>
        <w:pStyle w:val="Geenafstand"/>
        <w:rPr>
          <w:rFonts w:asciiTheme="majorHAnsi" w:hAnsiTheme="majorHAnsi" w:cstheme="majorHAnsi"/>
          <w:lang w:val="nl-NL"/>
        </w:rPr>
      </w:pPr>
      <w:r w:rsidRPr="00AD56E9">
        <w:rPr>
          <w:rFonts w:asciiTheme="majorHAnsi" w:hAnsiTheme="majorHAnsi" w:cstheme="majorHAnsi"/>
          <w:lang w:val="nl-NL"/>
        </w:rPr>
        <w:t xml:space="preserve">We kijken </w:t>
      </w:r>
      <w:r w:rsidR="001F1C55" w:rsidRPr="00AD56E9">
        <w:rPr>
          <w:rFonts w:asciiTheme="majorHAnsi" w:hAnsiTheme="majorHAnsi" w:cstheme="majorHAnsi"/>
          <w:lang w:val="nl-NL"/>
        </w:rPr>
        <w:t xml:space="preserve">uit </w:t>
      </w:r>
      <w:r w:rsidRPr="00AD56E9">
        <w:rPr>
          <w:rFonts w:asciiTheme="majorHAnsi" w:hAnsiTheme="majorHAnsi" w:cstheme="majorHAnsi"/>
          <w:lang w:val="nl-NL"/>
        </w:rPr>
        <w:t xml:space="preserve">naar een toekomst met </w:t>
      </w:r>
      <w:r w:rsidR="000E09A9" w:rsidRPr="00AD56E9">
        <w:rPr>
          <w:rFonts w:asciiTheme="majorHAnsi" w:hAnsiTheme="majorHAnsi" w:cstheme="majorHAnsi"/>
          <w:color w:val="E36C0A" w:themeColor="accent6" w:themeShade="BF"/>
          <w:lang w:val="nl-NL"/>
        </w:rPr>
        <w:t>Stichting Asiel Roosendaal (“Het Dierenhuis”)</w:t>
      </w:r>
      <w:r w:rsidRPr="00AD56E9">
        <w:rPr>
          <w:rFonts w:asciiTheme="majorHAnsi" w:hAnsiTheme="majorHAnsi" w:cstheme="majorHAnsi"/>
          <w:color w:val="E36C0A" w:themeColor="accent6" w:themeShade="BF"/>
          <w:lang w:val="nl-NL"/>
        </w:rPr>
        <w:t xml:space="preserve">,  </w:t>
      </w:r>
      <w:r w:rsidRPr="00AD56E9">
        <w:rPr>
          <w:rFonts w:asciiTheme="majorHAnsi" w:hAnsiTheme="majorHAnsi" w:cstheme="majorHAnsi"/>
          <w:lang w:val="nl-NL"/>
        </w:rPr>
        <w:t xml:space="preserve">bekend </w:t>
      </w:r>
      <w:r w:rsidR="000E09A9" w:rsidRPr="00AD56E9">
        <w:rPr>
          <w:rFonts w:asciiTheme="majorHAnsi" w:hAnsiTheme="majorHAnsi" w:cstheme="majorHAnsi"/>
          <w:lang w:val="nl-NL"/>
        </w:rPr>
        <w:t xml:space="preserve">en geliefd </w:t>
      </w:r>
      <w:r w:rsidRPr="00AD56E9">
        <w:rPr>
          <w:rFonts w:asciiTheme="majorHAnsi" w:hAnsiTheme="majorHAnsi" w:cstheme="majorHAnsi"/>
          <w:lang w:val="nl-NL"/>
        </w:rPr>
        <w:t>in de omgeving</w:t>
      </w:r>
      <w:r w:rsidR="000E09A9" w:rsidRPr="00AD56E9">
        <w:rPr>
          <w:rFonts w:asciiTheme="majorHAnsi" w:hAnsiTheme="majorHAnsi" w:cstheme="majorHAnsi"/>
          <w:lang w:val="nl-NL"/>
        </w:rPr>
        <w:t xml:space="preserve">; waar dieren </w:t>
      </w:r>
      <w:r w:rsidR="006D39E6" w:rsidRPr="00AD56E9">
        <w:rPr>
          <w:rFonts w:asciiTheme="majorHAnsi" w:hAnsiTheme="majorHAnsi" w:cstheme="majorHAnsi"/>
          <w:lang w:val="nl-NL"/>
        </w:rPr>
        <w:t>een kans krijgen en waar mensen graag hun steentje aan bijdragen</w:t>
      </w:r>
      <w:r w:rsidRPr="00AD56E9">
        <w:rPr>
          <w:rFonts w:asciiTheme="majorHAnsi" w:hAnsiTheme="majorHAnsi" w:cstheme="majorHAnsi"/>
          <w:lang w:val="nl-NL"/>
        </w:rPr>
        <w:t xml:space="preserve">. </w:t>
      </w:r>
    </w:p>
    <w:p w14:paraId="113D9649" w14:textId="77777777" w:rsidR="00501F52" w:rsidRPr="00AD1A32" w:rsidRDefault="00501F52">
      <w:pPr>
        <w:rPr>
          <w:rFonts w:asciiTheme="majorHAnsi" w:hAnsiTheme="majorHAnsi" w:cstheme="majorHAnsi"/>
        </w:rPr>
      </w:pPr>
    </w:p>
    <w:p w14:paraId="7CB28623" w14:textId="77777777" w:rsidR="006862E8" w:rsidRDefault="006862E8">
      <w:pPr>
        <w:rPr>
          <w:rFonts w:asciiTheme="majorHAnsi" w:hAnsiTheme="majorHAnsi" w:cstheme="majorHAnsi"/>
          <w:color w:val="E36C0A" w:themeColor="accent6" w:themeShade="BF"/>
        </w:rPr>
      </w:pPr>
    </w:p>
    <w:p w14:paraId="5282E31F" w14:textId="77777777" w:rsidR="006862E8" w:rsidRDefault="006862E8">
      <w:pPr>
        <w:rPr>
          <w:rFonts w:asciiTheme="majorHAnsi" w:hAnsiTheme="majorHAnsi" w:cstheme="majorHAnsi"/>
          <w:color w:val="E36C0A" w:themeColor="accent6" w:themeShade="BF"/>
        </w:rPr>
      </w:pPr>
    </w:p>
    <w:p w14:paraId="02BB1E8D" w14:textId="67D0DB88" w:rsidR="00501F52" w:rsidRPr="006862E8" w:rsidRDefault="00724692">
      <w:pPr>
        <w:rPr>
          <w:rFonts w:asciiTheme="majorHAnsi" w:hAnsiTheme="majorHAnsi" w:cstheme="majorHAnsi"/>
          <w:color w:val="E36C0A" w:themeColor="accent6" w:themeShade="BF"/>
        </w:rPr>
      </w:pPr>
      <w:r w:rsidRPr="006862E8">
        <w:rPr>
          <w:rFonts w:asciiTheme="majorHAnsi" w:hAnsiTheme="majorHAnsi" w:cstheme="majorHAnsi"/>
          <w:color w:val="E36C0A" w:themeColor="accent6" w:themeShade="BF"/>
        </w:rPr>
        <w:t xml:space="preserve">Team &amp; bestuur Stichting </w:t>
      </w:r>
      <w:r w:rsidR="006D39E6" w:rsidRPr="006862E8">
        <w:rPr>
          <w:rFonts w:asciiTheme="majorHAnsi" w:hAnsiTheme="majorHAnsi" w:cstheme="majorHAnsi"/>
          <w:color w:val="E36C0A" w:themeColor="accent6" w:themeShade="BF"/>
        </w:rPr>
        <w:t>Asiel Roosendaal</w:t>
      </w:r>
      <w:r w:rsidRPr="006862E8">
        <w:rPr>
          <w:rFonts w:asciiTheme="majorHAnsi" w:hAnsiTheme="majorHAnsi" w:cstheme="majorHAnsi"/>
          <w:color w:val="E36C0A" w:themeColor="accent6" w:themeShade="BF"/>
        </w:rPr>
        <w:t xml:space="preserve"> </w:t>
      </w:r>
    </w:p>
    <w:p w14:paraId="5F8FCB42" w14:textId="7D86C084" w:rsidR="00501F52" w:rsidRPr="006862E8" w:rsidRDefault="006D39E6">
      <w:pPr>
        <w:rPr>
          <w:rFonts w:asciiTheme="majorHAnsi" w:hAnsiTheme="majorHAnsi" w:cstheme="majorHAnsi"/>
          <w:color w:val="E36C0A" w:themeColor="accent6" w:themeShade="BF"/>
        </w:rPr>
      </w:pPr>
      <w:r w:rsidRPr="006862E8">
        <w:rPr>
          <w:rFonts w:asciiTheme="majorHAnsi" w:hAnsiTheme="majorHAnsi" w:cstheme="majorHAnsi"/>
          <w:color w:val="E36C0A" w:themeColor="accent6" w:themeShade="BF"/>
        </w:rPr>
        <w:t>Maart 2026</w:t>
      </w:r>
    </w:p>
    <w:p w14:paraId="4A69C496" w14:textId="77777777" w:rsidR="002E36CF" w:rsidRDefault="00AC5580">
      <w:pPr>
        <w:rPr>
          <w:rFonts w:asciiTheme="majorHAnsi" w:hAnsiTheme="majorHAnsi" w:cstheme="majorHAnsi"/>
        </w:rPr>
      </w:pPr>
      <w:r>
        <w:rPr>
          <w:rFonts w:asciiTheme="majorHAnsi" w:hAnsiTheme="majorHAnsi" w:cstheme="majorHAnsi"/>
        </w:rPr>
        <w:br w:type="column"/>
      </w:r>
    </w:p>
    <w:p w14:paraId="7667BC8E" w14:textId="77777777" w:rsidR="002E36CF" w:rsidRDefault="002E36CF">
      <w:pPr>
        <w:rPr>
          <w:rFonts w:asciiTheme="majorHAnsi" w:hAnsiTheme="majorHAnsi" w:cstheme="majorHAnsi"/>
        </w:rPr>
      </w:pPr>
    </w:p>
    <w:p w14:paraId="3CAD2538" w14:textId="2D47F9AB" w:rsidR="00501F52" w:rsidRPr="00EA4A38" w:rsidRDefault="00724692">
      <w:pPr>
        <w:rPr>
          <w:rFonts w:asciiTheme="majorHAnsi" w:hAnsiTheme="majorHAnsi" w:cstheme="majorHAnsi"/>
          <w:b/>
          <w:bCs/>
          <w:color w:val="76923C" w:themeColor="accent3" w:themeShade="BF"/>
          <w:sz w:val="28"/>
          <w:szCs w:val="28"/>
        </w:rPr>
      </w:pPr>
      <w:r w:rsidRPr="00EA4A38">
        <w:rPr>
          <w:rFonts w:asciiTheme="majorHAnsi" w:hAnsiTheme="majorHAnsi" w:cstheme="majorHAnsi"/>
          <w:b/>
          <w:bCs/>
          <w:color w:val="76923C" w:themeColor="accent3" w:themeShade="BF"/>
          <w:sz w:val="28"/>
          <w:szCs w:val="28"/>
        </w:rPr>
        <w:t xml:space="preserve">Omschrijving </w:t>
      </w:r>
      <w:r w:rsidR="008B44DC">
        <w:rPr>
          <w:rFonts w:asciiTheme="majorHAnsi" w:hAnsiTheme="majorHAnsi" w:cstheme="majorHAnsi"/>
          <w:b/>
          <w:bCs/>
          <w:color w:val="76923C" w:themeColor="accent3" w:themeShade="BF"/>
          <w:sz w:val="28"/>
          <w:szCs w:val="28"/>
        </w:rPr>
        <w:t>en doelstelling</w:t>
      </w:r>
    </w:p>
    <w:p w14:paraId="69A27965" w14:textId="60C6102A" w:rsidR="00501F52" w:rsidRPr="00AD56E9" w:rsidRDefault="006D39E6" w:rsidP="003D1EB8">
      <w:pPr>
        <w:pStyle w:val="Geenafstand"/>
        <w:rPr>
          <w:rFonts w:asciiTheme="majorHAnsi" w:hAnsiTheme="majorHAnsi" w:cstheme="majorHAnsi"/>
          <w:lang w:val="nl-NL"/>
        </w:rPr>
      </w:pPr>
      <w:r w:rsidRPr="00AD56E9">
        <w:rPr>
          <w:rFonts w:asciiTheme="majorHAnsi" w:hAnsiTheme="majorHAnsi" w:cstheme="majorHAnsi"/>
          <w:lang w:val="nl-NL"/>
        </w:rPr>
        <w:t xml:space="preserve">Stichting Asiel Roosendaal </w:t>
      </w:r>
      <w:r w:rsidR="00724692" w:rsidRPr="00AD56E9">
        <w:rPr>
          <w:rFonts w:asciiTheme="majorHAnsi" w:hAnsiTheme="majorHAnsi" w:cstheme="majorHAnsi"/>
          <w:lang w:val="nl-NL"/>
        </w:rPr>
        <w:t xml:space="preserve">is een niet-commerciële organisatie die voor </w:t>
      </w:r>
      <w:r w:rsidRPr="00AD56E9">
        <w:rPr>
          <w:rFonts w:asciiTheme="majorHAnsi" w:hAnsiTheme="majorHAnsi" w:cstheme="majorHAnsi"/>
          <w:lang w:val="nl-NL"/>
        </w:rPr>
        <w:t>zes</w:t>
      </w:r>
      <w:r w:rsidR="00724692" w:rsidRPr="00AD56E9">
        <w:rPr>
          <w:rFonts w:asciiTheme="majorHAnsi" w:hAnsiTheme="majorHAnsi" w:cstheme="majorHAnsi"/>
          <w:lang w:val="nl-NL"/>
        </w:rPr>
        <w:t xml:space="preserve"> gemeenten de wettelijke taak uitvoert om gevonden honden en katten op te vangen en te verzorgen</w:t>
      </w:r>
      <w:r w:rsidR="00533BE3" w:rsidRPr="00AD56E9">
        <w:rPr>
          <w:rFonts w:asciiTheme="majorHAnsi" w:hAnsiTheme="majorHAnsi" w:cstheme="majorHAnsi"/>
          <w:lang w:val="nl-NL"/>
        </w:rPr>
        <w:t>.</w:t>
      </w:r>
      <w:r w:rsidR="00EF057F" w:rsidRPr="00AD56E9">
        <w:rPr>
          <w:rFonts w:asciiTheme="majorHAnsi" w:hAnsiTheme="majorHAnsi" w:cstheme="majorHAnsi"/>
          <w:lang w:val="nl-NL"/>
        </w:rPr>
        <w:t xml:space="preserve"> Daarnaast wordt er ook</w:t>
      </w:r>
      <w:r w:rsidR="00D62456" w:rsidRPr="00AD56E9">
        <w:rPr>
          <w:rFonts w:asciiTheme="majorHAnsi" w:hAnsiTheme="majorHAnsi" w:cstheme="majorHAnsi"/>
          <w:lang w:val="nl-NL"/>
        </w:rPr>
        <w:t xml:space="preserve"> andere</w:t>
      </w:r>
      <w:r w:rsidR="00EF057F" w:rsidRPr="00AD56E9">
        <w:rPr>
          <w:rFonts w:asciiTheme="majorHAnsi" w:hAnsiTheme="majorHAnsi" w:cstheme="majorHAnsi"/>
          <w:lang w:val="nl-NL"/>
        </w:rPr>
        <w:t xml:space="preserve"> dieren</w:t>
      </w:r>
      <w:r w:rsidR="00D62456" w:rsidRPr="00AD56E9">
        <w:rPr>
          <w:rFonts w:asciiTheme="majorHAnsi" w:hAnsiTheme="majorHAnsi" w:cstheme="majorHAnsi"/>
          <w:lang w:val="nl-NL"/>
        </w:rPr>
        <w:t xml:space="preserve"> (tijdelijk)</w:t>
      </w:r>
      <w:r w:rsidR="00EF057F" w:rsidRPr="00AD56E9">
        <w:rPr>
          <w:rFonts w:asciiTheme="majorHAnsi" w:hAnsiTheme="majorHAnsi" w:cstheme="majorHAnsi"/>
          <w:lang w:val="nl-NL"/>
        </w:rPr>
        <w:t xml:space="preserve"> opgevangen die gevonden worden</w:t>
      </w:r>
      <w:r w:rsidR="00D62456" w:rsidRPr="00AD56E9">
        <w:rPr>
          <w:rFonts w:asciiTheme="majorHAnsi" w:hAnsiTheme="majorHAnsi" w:cstheme="majorHAnsi"/>
          <w:lang w:val="nl-NL"/>
        </w:rPr>
        <w:t xml:space="preserve"> en waar redelijkerwijs </w:t>
      </w:r>
      <w:r w:rsidR="00754E13" w:rsidRPr="00AD56E9">
        <w:rPr>
          <w:rFonts w:asciiTheme="majorHAnsi" w:hAnsiTheme="majorHAnsi" w:cstheme="majorHAnsi"/>
          <w:lang w:val="nl-NL"/>
        </w:rPr>
        <w:t>een eigenaar zou kunnen zijn, hierbij kunt u denken aan konijnen</w:t>
      </w:r>
      <w:r w:rsidR="006D01D2" w:rsidRPr="00AD56E9">
        <w:rPr>
          <w:rFonts w:asciiTheme="majorHAnsi" w:hAnsiTheme="majorHAnsi" w:cstheme="majorHAnsi"/>
          <w:lang w:val="nl-NL"/>
        </w:rPr>
        <w:t xml:space="preserve"> en </w:t>
      </w:r>
      <w:r w:rsidR="00E311E8" w:rsidRPr="00AD56E9">
        <w:rPr>
          <w:rFonts w:asciiTheme="majorHAnsi" w:hAnsiTheme="majorHAnsi" w:cstheme="majorHAnsi"/>
          <w:lang w:val="nl-NL"/>
        </w:rPr>
        <w:t xml:space="preserve">bepaalde </w:t>
      </w:r>
      <w:r w:rsidR="006D01D2" w:rsidRPr="00AD56E9">
        <w:rPr>
          <w:rFonts w:asciiTheme="majorHAnsi" w:hAnsiTheme="majorHAnsi" w:cstheme="majorHAnsi"/>
          <w:lang w:val="nl-NL"/>
        </w:rPr>
        <w:t>vogelsoorten</w:t>
      </w:r>
      <w:r w:rsidR="00E311E8" w:rsidRPr="00AD56E9">
        <w:rPr>
          <w:rFonts w:asciiTheme="majorHAnsi" w:hAnsiTheme="majorHAnsi" w:cstheme="majorHAnsi"/>
          <w:lang w:val="nl-NL"/>
        </w:rPr>
        <w:t>.</w:t>
      </w:r>
    </w:p>
    <w:p w14:paraId="4C92FB47" w14:textId="57CF3649"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Daarmee ontzorgt zij gemeenten en levert zij een belangrijke bijdrage aan het</w:t>
      </w:r>
      <w:r w:rsidR="004807F9" w:rsidRPr="00AD56E9">
        <w:rPr>
          <w:rFonts w:asciiTheme="majorHAnsi" w:hAnsiTheme="majorHAnsi" w:cstheme="majorHAnsi"/>
          <w:lang w:val="nl-NL"/>
        </w:rPr>
        <w:t xml:space="preserve"> </w:t>
      </w:r>
      <w:r w:rsidRPr="00AD56E9">
        <w:rPr>
          <w:rFonts w:asciiTheme="majorHAnsi" w:hAnsiTheme="majorHAnsi" w:cstheme="majorHAnsi"/>
          <w:lang w:val="nl-NL"/>
        </w:rPr>
        <w:t xml:space="preserve">verminderen  van  dierenleed. </w:t>
      </w:r>
      <w:r w:rsidR="000D6093" w:rsidRPr="00AD56E9">
        <w:rPr>
          <w:rFonts w:asciiTheme="majorHAnsi" w:hAnsiTheme="majorHAnsi" w:cstheme="majorHAnsi"/>
          <w:lang w:val="nl-NL"/>
        </w:rPr>
        <w:t>De Stichting</w:t>
      </w:r>
      <w:r w:rsidRPr="00AD56E9">
        <w:rPr>
          <w:rFonts w:asciiTheme="majorHAnsi" w:hAnsiTheme="majorHAnsi" w:cstheme="majorHAnsi"/>
          <w:lang w:val="nl-NL"/>
        </w:rPr>
        <w:t xml:space="preserve"> streeft ernaar dieren te herplaatsen, </w:t>
      </w:r>
    </w:p>
    <w:p w14:paraId="3DBEA67D" w14:textId="77777777"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eventueel met behulp van socialisering, met onmisbare inzet van vrijwilligers. De </w:t>
      </w:r>
    </w:p>
    <w:p w14:paraId="5605DF21" w14:textId="36D51868"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opvang wordt gefinancierd </w:t>
      </w:r>
      <w:r w:rsidR="00B215E0" w:rsidRPr="00AD56E9">
        <w:rPr>
          <w:rFonts w:asciiTheme="majorHAnsi" w:hAnsiTheme="majorHAnsi" w:cstheme="majorHAnsi"/>
          <w:lang w:val="nl-NL"/>
        </w:rPr>
        <w:t>door</w:t>
      </w:r>
      <w:r w:rsidRPr="00AD56E9">
        <w:rPr>
          <w:rFonts w:asciiTheme="majorHAnsi" w:hAnsiTheme="majorHAnsi" w:cstheme="majorHAnsi"/>
          <w:lang w:val="nl-NL"/>
        </w:rPr>
        <w:t xml:space="preserve"> gemeentelijke </w:t>
      </w:r>
      <w:r w:rsidR="00CF3A29" w:rsidRPr="00AD56E9">
        <w:rPr>
          <w:rFonts w:asciiTheme="majorHAnsi" w:hAnsiTheme="majorHAnsi" w:cstheme="majorHAnsi"/>
          <w:lang w:val="nl-NL"/>
        </w:rPr>
        <w:t>bijdragen</w:t>
      </w:r>
      <w:r w:rsidRPr="00AD56E9">
        <w:rPr>
          <w:rFonts w:asciiTheme="majorHAnsi" w:hAnsiTheme="majorHAnsi" w:cstheme="majorHAnsi"/>
          <w:lang w:val="nl-NL"/>
        </w:rPr>
        <w:t xml:space="preserve">, donaties en </w:t>
      </w:r>
    </w:p>
    <w:p w14:paraId="3A4DC709" w14:textId="3B38C1EB"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herplaatsingsopbrengsten,  met als doel een kostendekkende</w:t>
      </w:r>
      <w:r w:rsidR="00B215E0" w:rsidRPr="00AD56E9">
        <w:rPr>
          <w:rFonts w:asciiTheme="majorHAnsi" w:hAnsiTheme="majorHAnsi" w:cstheme="majorHAnsi"/>
          <w:lang w:val="nl-NL"/>
        </w:rPr>
        <w:t xml:space="preserve"> </w:t>
      </w:r>
      <w:r w:rsidRPr="00AD56E9">
        <w:rPr>
          <w:rFonts w:asciiTheme="majorHAnsi" w:hAnsiTheme="majorHAnsi" w:cstheme="majorHAnsi"/>
          <w:lang w:val="nl-NL"/>
        </w:rPr>
        <w:t xml:space="preserve">en kwalitatieve </w:t>
      </w:r>
    </w:p>
    <w:p w14:paraId="54D97A23" w14:textId="6BEB47D4"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opvang. Tevens heeft </w:t>
      </w:r>
      <w:r w:rsidR="005900D3" w:rsidRPr="00AD56E9">
        <w:rPr>
          <w:rFonts w:asciiTheme="majorHAnsi" w:hAnsiTheme="majorHAnsi" w:cstheme="majorHAnsi"/>
          <w:lang w:val="nl-NL"/>
        </w:rPr>
        <w:t>de Stichting</w:t>
      </w:r>
      <w:r w:rsidRPr="00AD56E9">
        <w:rPr>
          <w:rFonts w:asciiTheme="majorHAnsi" w:hAnsiTheme="majorHAnsi" w:cstheme="majorHAnsi"/>
          <w:lang w:val="nl-NL"/>
        </w:rPr>
        <w:t xml:space="preserve"> een operationele dierenambulance voor de regio. </w:t>
      </w:r>
      <w:r w:rsidR="00CC03FC" w:rsidRPr="00AD56E9">
        <w:rPr>
          <w:rFonts w:asciiTheme="majorHAnsi" w:hAnsiTheme="majorHAnsi" w:cstheme="majorHAnsi"/>
          <w:lang w:val="nl-NL"/>
        </w:rPr>
        <w:t xml:space="preserve">Deze dierenambulance van onder Stichting Dierenambulance West-Brabant, welke onlosmakelijk verbonden is aan </w:t>
      </w:r>
      <w:proofErr w:type="spellStart"/>
      <w:r w:rsidR="00CC03FC" w:rsidRPr="00AD56E9">
        <w:rPr>
          <w:rFonts w:asciiTheme="majorHAnsi" w:hAnsiTheme="majorHAnsi" w:cstheme="majorHAnsi"/>
          <w:lang w:val="nl-NL"/>
        </w:rPr>
        <w:t>Sichting</w:t>
      </w:r>
      <w:proofErr w:type="spellEnd"/>
      <w:r w:rsidR="00CC03FC" w:rsidRPr="00AD56E9">
        <w:rPr>
          <w:rFonts w:asciiTheme="majorHAnsi" w:hAnsiTheme="majorHAnsi" w:cstheme="majorHAnsi"/>
          <w:lang w:val="nl-NL"/>
        </w:rPr>
        <w:t xml:space="preserve"> Asiel Roosendaal.</w:t>
      </w:r>
    </w:p>
    <w:p w14:paraId="1E1DD6CB" w14:textId="7C008D78" w:rsidR="00A85B5F" w:rsidRPr="00AD56E9" w:rsidRDefault="00A85B5F"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De Dierenambulance </w:t>
      </w:r>
      <w:r w:rsidR="00BC69A4" w:rsidRPr="00AD56E9">
        <w:rPr>
          <w:rFonts w:asciiTheme="majorHAnsi" w:hAnsiTheme="majorHAnsi" w:cstheme="majorHAnsi"/>
          <w:lang w:val="nl-NL"/>
        </w:rPr>
        <w:t>heeft als</w:t>
      </w:r>
      <w:r w:rsidR="00560350" w:rsidRPr="00AD56E9">
        <w:rPr>
          <w:rFonts w:asciiTheme="majorHAnsi" w:hAnsiTheme="majorHAnsi" w:cstheme="majorHAnsi"/>
          <w:lang w:val="nl-NL"/>
        </w:rPr>
        <w:t xml:space="preserve"> primaire doelstelling</w:t>
      </w:r>
      <w:r w:rsidR="001B5743" w:rsidRPr="00AD56E9">
        <w:rPr>
          <w:rFonts w:asciiTheme="majorHAnsi" w:hAnsiTheme="majorHAnsi" w:cstheme="majorHAnsi"/>
          <w:lang w:val="nl-NL"/>
        </w:rPr>
        <w:t xml:space="preserve"> om 24 uur per dag, 7 dagen per week klaar te staan voor</w:t>
      </w:r>
      <w:r w:rsidR="00560350" w:rsidRPr="00AD56E9">
        <w:rPr>
          <w:rFonts w:asciiTheme="majorHAnsi" w:hAnsiTheme="majorHAnsi" w:cstheme="majorHAnsi"/>
          <w:lang w:val="nl-NL"/>
        </w:rPr>
        <w:t xml:space="preserve"> het verlenen van eerste hulp aan dieren in nood en het waarborgen van dierenwelzijn. Zij vervullen een cruciale rol in de keten van dierennoodhulp door zowel tamme als wilde dieren op een veilige en verantwoorde manier de juiste zorg te bieden</w:t>
      </w:r>
      <w:r w:rsidR="005B0E56" w:rsidRPr="00AD56E9">
        <w:rPr>
          <w:rFonts w:asciiTheme="majorHAnsi" w:hAnsiTheme="majorHAnsi" w:cstheme="majorHAnsi"/>
          <w:lang w:val="nl-NL"/>
        </w:rPr>
        <w:t xml:space="preserve"> en hen </w:t>
      </w:r>
      <w:r w:rsidR="00560350" w:rsidRPr="00AD56E9">
        <w:rPr>
          <w:rFonts w:asciiTheme="majorHAnsi" w:hAnsiTheme="majorHAnsi" w:cstheme="majorHAnsi"/>
          <w:lang w:val="nl-NL"/>
        </w:rPr>
        <w:t xml:space="preserve">professioneel en stressvrij </w:t>
      </w:r>
      <w:r w:rsidR="005B0E56" w:rsidRPr="00AD56E9">
        <w:rPr>
          <w:rFonts w:asciiTheme="majorHAnsi" w:hAnsiTheme="majorHAnsi" w:cstheme="majorHAnsi"/>
          <w:lang w:val="nl-NL"/>
        </w:rPr>
        <w:t xml:space="preserve">te </w:t>
      </w:r>
      <w:r w:rsidR="00560350" w:rsidRPr="00AD56E9">
        <w:rPr>
          <w:rFonts w:asciiTheme="majorHAnsi" w:hAnsiTheme="majorHAnsi" w:cstheme="majorHAnsi"/>
          <w:lang w:val="nl-NL"/>
        </w:rPr>
        <w:t>transporteren naar dierenartsen, gespecialiseerde opvangcentra of dierenasiels.</w:t>
      </w:r>
      <w:r w:rsidR="0081277F" w:rsidRPr="00AD56E9">
        <w:rPr>
          <w:rFonts w:asciiTheme="majorHAnsi" w:hAnsiTheme="majorHAnsi" w:cstheme="majorHAnsi"/>
          <w:lang w:val="nl-NL"/>
        </w:rPr>
        <w:t xml:space="preserve"> Ook werken zij mee aan de hereniging van een dier met zijn</w:t>
      </w:r>
      <w:r w:rsidR="006F00C2" w:rsidRPr="00AD56E9">
        <w:rPr>
          <w:rFonts w:asciiTheme="majorHAnsi" w:hAnsiTheme="majorHAnsi" w:cstheme="majorHAnsi"/>
          <w:lang w:val="nl-NL"/>
        </w:rPr>
        <w:t xml:space="preserve"> recht</w:t>
      </w:r>
      <w:r w:rsidR="009D40A9" w:rsidRPr="00AD56E9">
        <w:rPr>
          <w:rFonts w:asciiTheme="majorHAnsi" w:hAnsiTheme="majorHAnsi" w:cstheme="majorHAnsi"/>
          <w:lang w:val="nl-NL"/>
        </w:rPr>
        <w:t>matige</w:t>
      </w:r>
      <w:r w:rsidR="0081277F" w:rsidRPr="00AD56E9">
        <w:rPr>
          <w:rFonts w:asciiTheme="majorHAnsi" w:hAnsiTheme="majorHAnsi" w:cstheme="majorHAnsi"/>
          <w:lang w:val="nl-NL"/>
        </w:rPr>
        <w:t xml:space="preserve"> eigenaar door het</w:t>
      </w:r>
      <w:r w:rsidR="00560350" w:rsidRPr="00AD56E9">
        <w:rPr>
          <w:rFonts w:asciiTheme="majorHAnsi" w:hAnsiTheme="majorHAnsi" w:cstheme="majorHAnsi"/>
          <w:lang w:val="nl-NL"/>
        </w:rPr>
        <w:t xml:space="preserve"> terugbezorgen van gevonden huisdieren, vaak door het uitlezen van de chip.</w:t>
      </w:r>
      <w:r w:rsidR="00503187" w:rsidRPr="00AD56E9">
        <w:rPr>
          <w:rFonts w:asciiTheme="majorHAnsi" w:hAnsiTheme="majorHAnsi" w:cstheme="majorHAnsi"/>
          <w:lang w:val="nl-NL"/>
        </w:rPr>
        <w:t xml:space="preserve"> </w:t>
      </w:r>
      <w:r w:rsidR="005B0E56" w:rsidRPr="00AD56E9">
        <w:rPr>
          <w:rFonts w:asciiTheme="majorHAnsi" w:hAnsiTheme="majorHAnsi" w:cstheme="majorHAnsi"/>
          <w:lang w:val="nl-NL"/>
        </w:rPr>
        <w:t>Als laatste bieden zij ook o</w:t>
      </w:r>
      <w:r w:rsidR="00560350" w:rsidRPr="00AD56E9">
        <w:rPr>
          <w:rFonts w:asciiTheme="majorHAnsi" w:hAnsiTheme="majorHAnsi" w:cstheme="majorHAnsi"/>
          <w:lang w:val="nl-NL"/>
        </w:rPr>
        <w:t>ndersteuning aan andere hulpdiensten (zoals politie en brandweer) bij incidenten waar dieren bij betrokken zijn</w:t>
      </w:r>
      <w:r w:rsidR="00E435D8" w:rsidRPr="00AD56E9">
        <w:rPr>
          <w:rFonts w:asciiTheme="majorHAnsi" w:hAnsiTheme="majorHAnsi" w:cstheme="majorHAnsi"/>
          <w:lang w:val="nl-NL"/>
        </w:rPr>
        <w:t>.</w:t>
      </w:r>
    </w:p>
    <w:p w14:paraId="362F70B3" w14:textId="3EAE0DE6" w:rsidR="00501F52" w:rsidRPr="00AD56E9" w:rsidRDefault="00501F52" w:rsidP="004807F9">
      <w:pPr>
        <w:pStyle w:val="Geenafstand"/>
        <w:rPr>
          <w:rFonts w:asciiTheme="majorHAnsi" w:hAnsiTheme="majorHAnsi" w:cstheme="majorHAnsi"/>
          <w:lang w:val="nl-NL"/>
        </w:rPr>
      </w:pPr>
    </w:p>
    <w:p w14:paraId="0DA16A28" w14:textId="71E45B25" w:rsidR="006862E8" w:rsidRPr="00AD56E9" w:rsidRDefault="006862E8" w:rsidP="004807F9">
      <w:pPr>
        <w:pStyle w:val="Geenafstand"/>
        <w:rPr>
          <w:rFonts w:asciiTheme="majorHAnsi" w:hAnsiTheme="majorHAnsi" w:cstheme="majorHAnsi"/>
          <w:color w:val="E36C0A" w:themeColor="accent6" w:themeShade="BF"/>
          <w:lang w:val="nl-NL"/>
        </w:rPr>
      </w:pPr>
      <w:r w:rsidRPr="00AD56E9">
        <w:rPr>
          <w:rFonts w:asciiTheme="majorHAnsi" w:hAnsiTheme="majorHAnsi" w:cstheme="majorHAnsi"/>
          <w:color w:val="E36C0A" w:themeColor="accent6" w:themeShade="BF"/>
          <w:lang w:val="nl-NL"/>
        </w:rPr>
        <w:t>Missie en visie</w:t>
      </w:r>
    </w:p>
    <w:p w14:paraId="1A323B5D" w14:textId="77777777" w:rsidR="006862E8" w:rsidRPr="00AD56E9" w:rsidRDefault="006862E8" w:rsidP="004807F9">
      <w:pPr>
        <w:pStyle w:val="Geenafstand"/>
        <w:rPr>
          <w:rFonts w:asciiTheme="majorHAnsi" w:hAnsiTheme="majorHAnsi" w:cstheme="majorHAnsi"/>
          <w:lang w:val="nl-NL"/>
        </w:rPr>
      </w:pPr>
    </w:p>
    <w:p w14:paraId="7B39F766" w14:textId="6AF861D1" w:rsidR="00501F52" w:rsidRPr="00AD56E9" w:rsidRDefault="00F70691" w:rsidP="004807F9">
      <w:pPr>
        <w:pStyle w:val="Geenafstand"/>
        <w:rPr>
          <w:rFonts w:asciiTheme="majorHAnsi" w:hAnsiTheme="majorHAnsi" w:cstheme="majorHAnsi"/>
          <w:lang w:val="nl-NL"/>
        </w:rPr>
      </w:pPr>
      <w:r w:rsidRPr="00AD56E9">
        <w:rPr>
          <w:rFonts w:asciiTheme="majorHAnsi" w:hAnsiTheme="majorHAnsi" w:cstheme="majorHAnsi"/>
          <w:lang w:val="nl-NL"/>
        </w:rPr>
        <w:t>Stichting Dierenasiel Roosendaal</w:t>
      </w:r>
      <w:r w:rsidR="00724692" w:rsidRPr="00AD56E9">
        <w:rPr>
          <w:rFonts w:asciiTheme="majorHAnsi" w:hAnsiTheme="majorHAnsi" w:cstheme="majorHAnsi"/>
          <w:lang w:val="nl-NL"/>
        </w:rPr>
        <w:t xml:space="preserve"> vervult een duidelijke maatschappelijke rol in de regio door niet alleen dieren op te vangen, maar ook voorlichting te geven over verantwoord </w:t>
      </w:r>
    </w:p>
    <w:p w14:paraId="79D4F0FF" w14:textId="77777777"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huisdierbezit en opleidingsmogelijkheden te bieden aan studenten. Dierenwelzijn </w:t>
      </w:r>
    </w:p>
    <w:p w14:paraId="792E6B08" w14:textId="77777777"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en kwaliteit van zorg staan altijd voorop, met als doel elk dier binnen realistische </w:t>
      </w:r>
    </w:p>
    <w:p w14:paraId="04CD109D" w14:textId="7800E47A"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mogelijkheden een nieuwe toekomst te bieden en langdurige opvang te </w:t>
      </w:r>
    </w:p>
    <w:p w14:paraId="4A031081" w14:textId="3983888D"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beperken.  Door zorgvuldige keuzes,  samenwerking met dierenartsen en</w:t>
      </w:r>
    </w:p>
    <w:p w14:paraId="0DB89BFC" w14:textId="2D11D4AA" w:rsidR="00501F52" w:rsidRPr="00AD56E9" w:rsidRDefault="00724692" w:rsidP="004807F9">
      <w:pPr>
        <w:pStyle w:val="Geenafstand"/>
        <w:rPr>
          <w:rFonts w:asciiTheme="majorHAnsi" w:hAnsiTheme="majorHAnsi" w:cstheme="majorHAnsi"/>
          <w:lang w:val="nl-NL"/>
        </w:rPr>
      </w:pPr>
      <w:r w:rsidRPr="00AD56E9">
        <w:rPr>
          <w:rFonts w:asciiTheme="majorHAnsi" w:hAnsiTheme="majorHAnsi" w:cstheme="majorHAnsi"/>
          <w:lang w:val="nl-NL"/>
        </w:rPr>
        <w:t xml:space="preserve">voortdurende kwaliteitsverbetering streeft </w:t>
      </w:r>
      <w:r w:rsidR="00BB08EF" w:rsidRPr="00AD56E9">
        <w:rPr>
          <w:rFonts w:asciiTheme="majorHAnsi" w:hAnsiTheme="majorHAnsi" w:cstheme="majorHAnsi"/>
          <w:lang w:val="nl-NL"/>
        </w:rPr>
        <w:t>Stichting Asiel Roosendaal</w:t>
      </w:r>
      <w:r w:rsidRPr="00AD56E9">
        <w:rPr>
          <w:rFonts w:asciiTheme="majorHAnsi" w:hAnsiTheme="majorHAnsi" w:cstheme="majorHAnsi"/>
          <w:lang w:val="nl-NL"/>
        </w:rPr>
        <w:t xml:space="preserve"> naar </w:t>
      </w:r>
      <w:r w:rsidR="00BB08EF" w:rsidRPr="00AD56E9">
        <w:rPr>
          <w:rFonts w:asciiTheme="majorHAnsi" w:hAnsiTheme="majorHAnsi" w:cstheme="majorHAnsi"/>
          <w:lang w:val="nl-NL"/>
        </w:rPr>
        <w:t>e</w:t>
      </w:r>
      <w:r w:rsidRPr="00AD56E9">
        <w:rPr>
          <w:rFonts w:asciiTheme="majorHAnsi" w:hAnsiTheme="majorHAnsi" w:cstheme="majorHAnsi"/>
          <w:lang w:val="nl-NL"/>
        </w:rPr>
        <w:t xml:space="preserve">en  diervriendelijke, professionele en duurzame opvang. </w:t>
      </w:r>
    </w:p>
    <w:p w14:paraId="78323BF2" w14:textId="77777777" w:rsidR="00A05A61" w:rsidRPr="00AD56E9" w:rsidRDefault="00A05A61" w:rsidP="004807F9">
      <w:pPr>
        <w:pStyle w:val="Geenafstand"/>
        <w:rPr>
          <w:rFonts w:asciiTheme="majorHAnsi" w:hAnsiTheme="majorHAnsi" w:cstheme="majorHAnsi"/>
          <w:lang w:val="nl-NL"/>
        </w:rPr>
      </w:pPr>
    </w:p>
    <w:p w14:paraId="7E44D874" w14:textId="77777777" w:rsidR="00501F52" w:rsidRPr="00AD56E9" w:rsidRDefault="00501F52" w:rsidP="004807F9">
      <w:pPr>
        <w:pStyle w:val="Geenafstand"/>
        <w:rPr>
          <w:rFonts w:asciiTheme="majorHAnsi" w:hAnsiTheme="majorHAnsi" w:cstheme="majorHAnsi"/>
          <w:lang w:val="nl-NL"/>
        </w:rPr>
      </w:pPr>
    </w:p>
    <w:p w14:paraId="2EED4E5D"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25D865C3"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0A85B38E"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04C488C4"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08AF616B"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64A8A9A6" w14:textId="77777777" w:rsidR="003A07C5" w:rsidRPr="00AD56E9" w:rsidRDefault="003A07C5" w:rsidP="004807F9">
      <w:pPr>
        <w:pStyle w:val="Geenafstand"/>
        <w:rPr>
          <w:rFonts w:asciiTheme="majorHAnsi" w:hAnsiTheme="majorHAnsi" w:cstheme="majorHAnsi"/>
          <w:color w:val="E36C0A" w:themeColor="accent6" w:themeShade="BF"/>
          <w:lang w:val="nl-NL"/>
        </w:rPr>
      </w:pPr>
    </w:p>
    <w:p w14:paraId="04A6B714" w14:textId="4B38FF58" w:rsidR="001470CF" w:rsidRDefault="00E87775" w:rsidP="004807F9">
      <w:pPr>
        <w:pStyle w:val="Geenafstand"/>
        <w:rPr>
          <w:rFonts w:asciiTheme="majorHAnsi" w:hAnsiTheme="majorHAnsi" w:cstheme="majorHAnsi"/>
          <w:color w:val="E36C0A" w:themeColor="accent6" w:themeShade="BF"/>
        </w:rPr>
      </w:pPr>
      <w:proofErr w:type="spellStart"/>
      <w:r w:rsidRPr="00CF3A29">
        <w:rPr>
          <w:rFonts w:asciiTheme="majorHAnsi" w:hAnsiTheme="majorHAnsi" w:cstheme="majorHAnsi"/>
          <w:color w:val="E36C0A" w:themeColor="accent6" w:themeShade="BF"/>
        </w:rPr>
        <w:t>Kernwaardes</w:t>
      </w:r>
      <w:proofErr w:type="spellEnd"/>
    </w:p>
    <w:p w14:paraId="5427FF66" w14:textId="77777777" w:rsidR="00CF3A29" w:rsidRPr="00CF3A29" w:rsidRDefault="00CF3A29" w:rsidP="004807F9">
      <w:pPr>
        <w:pStyle w:val="Geenafstand"/>
        <w:rPr>
          <w:rFonts w:asciiTheme="majorHAnsi" w:hAnsiTheme="majorHAnsi" w:cstheme="majorHAnsi"/>
          <w:color w:val="E36C0A" w:themeColor="accent6" w:themeShade="BF"/>
        </w:rPr>
      </w:pPr>
    </w:p>
    <w:p w14:paraId="3230C60A" w14:textId="43EDC7B6" w:rsidR="00501F52" w:rsidRPr="00AD1A32" w:rsidRDefault="00CB17A0" w:rsidP="00933D39">
      <w:pPr>
        <w:pStyle w:val="Lijstalinea"/>
        <w:numPr>
          <w:ilvl w:val="0"/>
          <w:numId w:val="20"/>
        </w:numPr>
        <w:rPr>
          <w:rFonts w:asciiTheme="majorHAnsi" w:hAnsiTheme="majorHAnsi" w:cstheme="majorHAnsi"/>
        </w:rPr>
      </w:pPr>
      <w:r w:rsidRPr="00AD1A32">
        <w:rPr>
          <w:rFonts w:asciiTheme="majorHAnsi" w:hAnsiTheme="majorHAnsi" w:cstheme="majorHAnsi"/>
        </w:rPr>
        <w:t xml:space="preserve">De </w:t>
      </w:r>
      <w:r w:rsidR="00724692" w:rsidRPr="00AD1A32">
        <w:rPr>
          <w:rFonts w:asciiTheme="majorHAnsi" w:hAnsiTheme="majorHAnsi" w:cstheme="majorHAnsi"/>
        </w:rPr>
        <w:t xml:space="preserve">medewerker als professional. </w:t>
      </w:r>
    </w:p>
    <w:p w14:paraId="142A36B1" w14:textId="61A501C9"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 xml:space="preserve">Dierenwelzijn staat voorop. </w:t>
      </w:r>
    </w:p>
    <w:p w14:paraId="3280DB99" w14:textId="791A7C79"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Het</w:t>
      </w:r>
      <w:r w:rsidR="00647A98" w:rsidRPr="00AD1A32">
        <w:rPr>
          <w:rFonts w:asciiTheme="majorHAnsi" w:hAnsiTheme="majorHAnsi" w:cstheme="majorHAnsi"/>
        </w:rPr>
        <w:t xml:space="preserve"> aantrekken en behouden van onze waardevolle</w:t>
      </w:r>
      <w:r w:rsidRPr="00AD1A32">
        <w:rPr>
          <w:rFonts w:asciiTheme="majorHAnsi" w:hAnsiTheme="majorHAnsi" w:cstheme="majorHAnsi"/>
        </w:rPr>
        <w:t xml:space="preserve"> vrijwilligers. </w:t>
      </w:r>
    </w:p>
    <w:p w14:paraId="1475585F" w14:textId="669695CD"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 xml:space="preserve">Adequate huisvesting van de dierenopvang. </w:t>
      </w:r>
    </w:p>
    <w:p w14:paraId="74CBFB8A" w14:textId="664A0D00"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 xml:space="preserve">Passende medische interventies en inzet dierenartsen. </w:t>
      </w:r>
    </w:p>
    <w:p w14:paraId="507DE4D4" w14:textId="5B462C15"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Correcte uitvoering van vastgesteld beleid</w:t>
      </w:r>
      <w:r w:rsidR="00647A98" w:rsidRPr="00AD1A32">
        <w:rPr>
          <w:rFonts w:asciiTheme="majorHAnsi" w:hAnsiTheme="majorHAnsi" w:cstheme="majorHAnsi"/>
        </w:rPr>
        <w:t>, de opdracht</w:t>
      </w:r>
      <w:r w:rsidRPr="00AD1A32">
        <w:rPr>
          <w:rFonts w:asciiTheme="majorHAnsi" w:hAnsiTheme="majorHAnsi" w:cstheme="majorHAnsi"/>
        </w:rPr>
        <w:t xml:space="preserve"> en handelswijzen. </w:t>
      </w:r>
    </w:p>
    <w:p w14:paraId="08C0710F" w14:textId="689F070A" w:rsidR="00501F52" w:rsidRPr="00AD1A32" w:rsidRDefault="00724692" w:rsidP="00933D39">
      <w:pPr>
        <w:pStyle w:val="Lijstalinea"/>
        <w:numPr>
          <w:ilvl w:val="0"/>
          <w:numId w:val="20"/>
        </w:numPr>
        <w:rPr>
          <w:rFonts w:asciiTheme="majorHAnsi" w:hAnsiTheme="majorHAnsi" w:cstheme="majorHAnsi"/>
        </w:rPr>
      </w:pPr>
      <w:r w:rsidRPr="00AD1A32">
        <w:rPr>
          <w:rFonts w:asciiTheme="majorHAnsi" w:hAnsiTheme="majorHAnsi" w:cstheme="majorHAnsi"/>
        </w:rPr>
        <w:t>Beschikbaarheid van financiële middelen</w:t>
      </w:r>
    </w:p>
    <w:p w14:paraId="2EBA51C2" w14:textId="727A675F" w:rsidR="00933D39" w:rsidRPr="00AD1A32" w:rsidRDefault="005E15A1" w:rsidP="00933D39">
      <w:pPr>
        <w:pStyle w:val="Lijstalinea"/>
        <w:numPr>
          <w:ilvl w:val="0"/>
          <w:numId w:val="20"/>
        </w:numPr>
        <w:rPr>
          <w:rFonts w:asciiTheme="majorHAnsi" w:hAnsiTheme="majorHAnsi" w:cstheme="majorHAnsi"/>
        </w:rPr>
      </w:pPr>
      <w:r w:rsidRPr="00AD1A32">
        <w:rPr>
          <w:rFonts w:asciiTheme="majorHAnsi" w:hAnsiTheme="majorHAnsi" w:cstheme="majorHAnsi"/>
        </w:rPr>
        <w:t>Transparantie en vriendelijkheid</w:t>
      </w:r>
    </w:p>
    <w:p w14:paraId="5AE1EE08" w14:textId="45103BDF" w:rsidR="00933D39" w:rsidRPr="00AD1A32" w:rsidRDefault="00933D39">
      <w:pPr>
        <w:rPr>
          <w:rFonts w:asciiTheme="majorHAnsi" w:hAnsiTheme="majorHAnsi" w:cstheme="majorHAnsi"/>
        </w:rPr>
      </w:pPr>
    </w:p>
    <w:p w14:paraId="59BE1055" w14:textId="77777777" w:rsidR="00501F52" w:rsidRDefault="00501F52">
      <w:pPr>
        <w:rPr>
          <w:rFonts w:asciiTheme="majorHAnsi" w:hAnsiTheme="majorHAnsi" w:cstheme="majorHAnsi"/>
        </w:rPr>
      </w:pPr>
    </w:p>
    <w:p w14:paraId="6787B5E5" w14:textId="77777777" w:rsidR="008A0D62" w:rsidRDefault="008A0D62">
      <w:pPr>
        <w:rPr>
          <w:rFonts w:asciiTheme="majorHAnsi" w:hAnsiTheme="majorHAnsi" w:cstheme="majorHAnsi"/>
        </w:rPr>
      </w:pPr>
    </w:p>
    <w:p w14:paraId="057DCA02" w14:textId="77777777" w:rsidR="008A0D62" w:rsidRDefault="008A0D62">
      <w:pPr>
        <w:rPr>
          <w:rFonts w:asciiTheme="majorHAnsi" w:hAnsiTheme="majorHAnsi" w:cstheme="majorHAnsi"/>
        </w:rPr>
      </w:pPr>
    </w:p>
    <w:p w14:paraId="3EB94D53" w14:textId="77777777" w:rsidR="008A0D62" w:rsidRDefault="008A0D62">
      <w:pPr>
        <w:rPr>
          <w:rFonts w:asciiTheme="majorHAnsi" w:hAnsiTheme="majorHAnsi" w:cstheme="majorHAnsi"/>
        </w:rPr>
      </w:pPr>
    </w:p>
    <w:p w14:paraId="33F3A2EE" w14:textId="77777777" w:rsidR="008A0D62" w:rsidRDefault="008A0D62">
      <w:pPr>
        <w:rPr>
          <w:rFonts w:asciiTheme="majorHAnsi" w:hAnsiTheme="majorHAnsi" w:cstheme="majorHAnsi"/>
        </w:rPr>
      </w:pPr>
    </w:p>
    <w:p w14:paraId="34FE0F9D" w14:textId="77777777" w:rsidR="008A0D62" w:rsidRDefault="008A0D62">
      <w:pPr>
        <w:rPr>
          <w:rFonts w:asciiTheme="majorHAnsi" w:hAnsiTheme="majorHAnsi" w:cstheme="majorHAnsi"/>
        </w:rPr>
      </w:pPr>
    </w:p>
    <w:p w14:paraId="38D66535" w14:textId="77777777" w:rsidR="008A0D62" w:rsidRPr="00AD1A32" w:rsidRDefault="008A0D62">
      <w:pPr>
        <w:rPr>
          <w:rFonts w:asciiTheme="majorHAnsi" w:hAnsiTheme="majorHAnsi" w:cstheme="majorHAnsi"/>
        </w:rPr>
      </w:pPr>
    </w:p>
    <w:p w14:paraId="7B040D02" w14:textId="77777777" w:rsidR="00501F52" w:rsidRPr="00AD1A32" w:rsidRDefault="00501F52">
      <w:pPr>
        <w:rPr>
          <w:rFonts w:asciiTheme="majorHAnsi" w:hAnsiTheme="majorHAnsi" w:cstheme="majorHAnsi"/>
        </w:rPr>
      </w:pPr>
    </w:p>
    <w:p w14:paraId="6573FFA2"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2E22D813" w14:textId="77777777" w:rsidR="00501F52" w:rsidRDefault="00724692">
      <w:pPr>
        <w:rPr>
          <w:rFonts w:asciiTheme="majorHAnsi" w:hAnsiTheme="majorHAnsi" w:cstheme="majorHAnsi"/>
        </w:rPr>
      </w:pPr>
      <w:r w:rsidRPr="00AD1A32">
        <w:rPr>
          <w:rFonts w:asciiTheme="majorHAnsi" w:hAnsiTheme="majorHAnsi" w:cstheme="majorHAnsi"/>
        </w:rPr>
        <w:t xml:space="preserve"> </w:t>
      </w:r>
    </w:p>
    <w:p w14:paraId="71E2408D" w14:textId="77777777" w:rsidR="005D733A" w:rsidRDefault="005D733A">
      <w:pPr>
        <w:rPr>
          <w:rFonts w:asciiTheme="majorHAnsi" w:hAnsiTheme="majorHAnsi" w:cstheme="majorHAnsi"/>
        </w:rPr>
      </w:pPr>
    </w:p>
    <w:p w14:paraId="3B560408" w14:textId="77777777" w:rsidR="005D733A" w:rsidRDefault="005D733A">
      <w:pPr>
        <w:rPr>
          <w:rFonts w:asciiTheme="majorHAnsi" w:hAnsiTheme="majorHAnsi" w:cstheme="majorHAnsi"/>
        </w:rPr>
      </w:pPr>
    </w:p>
    <w:p w14:paraId="18B40F1F" w14:textId="77777777" w:rsidR="005D733A" w:rsidRDefault="005D733A">
      <w:pPr>
        <w:rPr>
          <w:rFonts w:asciiTheme="majorHAnsi" w:hAnsiTheme="majorHAnsi" w:cstheme="majorHAnsi"/>
        </w:rPr>
      </w:pPr>
    </w:p>
    <w:p w14:paraId="0B268A3F" w14:textId="77777777" w:rsidR="005D733A" w:rsidRPr="00AD1A32" w:rsidRDefault="005D733A">
      <w:pPr>
        <w:rPr>
          <w:rFonts w:asciiTheme="majorHAnsi" w:hAnsiTheme="majorHAnsi" w:cstheme="majorHAnsi"/>
        </w:rPr>
      </w:pPr>
    </w:p>
    <w:p w14:paraId="5A79621B" w14:textId="273C80FF" w:rsidR="00501F52" w:rsidRPr="00AD1A32" w:rsidRDefault="00501F52">
      <w:pPr>
        <w:rPr>
          <w:rFonts w:asciiTheme="majorHAnsi" w:hAnsiTheme="majorHAnsi" w:cstheme="majorHAnsi"/>
        </w:rPr>
      </w:pPr>
    </w:p>
    <w:p w14:paraId="764C066A" w14:textId="3D6B0FB6"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11C8DB9A" w14:textId="24280BD3" w:rsidR="0058792D" w:rsidRPr="00CF3A29" w:rsidRDefault="0058792D" w:rsidP="0058792D">
      <w:pPr>
        <w:pBdr>
          <w:bottom w:val="single" w:sz="8" w:space="4" w:color="4F81BD" w:themeColor="accent1"/>
        </w:pBdr>
        <w:spacing w:after="300" w:line="240" w:lineRule="auto"/>
        <w:contextualSpacing/>
        <w:jc w:val="center"/>
        <w:rPr>
          <w:rFonts w:asciiTheme="majorHAnsi" w:eastAsiaTheme="majorEastAsia" w:hAnsiTheme="majorHAnsi" w:cstheme="majorHAnsi"/>
          <w:b/>
          <w:bCs/>
          <w:color w:val="76923C" w:themeColor="accent3" w:themeShade="BF"/>
          <w:spacing w:val="5"/>
          <w:kern w:val="28"/>
          <w:sz w:val="32"/>
          <w:szCs w:val="32"/>
          <w:lang w:val="en-US"/>
        </w:rPr>
      </w:pPr>
      <w:r w:rsidRPr="00CF3A29">
        <w:rPr>
          <w:rFonts w:asciiTheme="majorHAnsi" w:eastAsiaTheme="majorEastAsia" w:hAnsiTheme="majorHAnsi" w:cstheme="majorHAnsi"/>
          <w:b/>
          <w:bCs/>
          <w:color w:val="76923C" w:themeColor="accent3" w:themeShade="BF"/>
          <w:spacing w:val="5"/>
          <w:kern w:val="28"/>
          <w:sz w:val="32"/>
          <w:szCs w:val="32"/>
          <w:lang w:val="en-US"/>
        </w:rPr>
        <w:lastRenderedPageBreak/>
        <w:t>SWOT-</w:t>
      </w:r>
      <w:proofErr w:type="spellStart"/>
      <w:r w:rsidRPr="00CF3A29">
        <w:rPr>
          <w:rFonts w:asciiTheme="majorHAnsi" w:eastAsiaTheme="majorEastAsia" w:hAnsiTheme="majorHAnsi" w:cstheme="majorHAnsi"/>
          <w:b/>
          <w:bCs/>
          <w:color w:val="76923C" w:themeColor="accent3" w:themeShade="BF"/>
          <w:spacing w:val="5"/>
          <w:kern w:val="28"/>
          <w:sz w:val="32"/>
          <w:szCs w:val="32"/>
          <w:lang w:val="en-US"/>
        </w:rPr>
        <w:t>Analyse</w:t>
      </w:r>
      <w:proofErr w:type="spellEnd"/>
    </w:p>
    <w:p w14:paraId="619D4BEE" w14:textId="77777777" w:rsidR="0058792D" w:rsidRPr="00AD1A32" w:rsidRDefault="0058792D" w:rsidP="0058792D">
      <w:pPr>
        <w:rPr>
          <w:rFonts w:asciiTheme="majorHAnsi" w:hAnsiTheme="majorHAnsi" w:cstheme="majorHAnsi"/>
          <w:lang w:val="en-US"/>
        </w:rPr>
      </w:pPr>
      <w:r w:rsidRPr="00AD1A32">
        <w:rPr>
          <w:rFonts w:asciiTheme="majorHAnsi" w:hAnsiTheme="majorHAnsi" w:cstheme="majorHAnsi"/>
          <w:lang w:val="en-US"/>
        </w:rPr>
        <w:br/>
      </w:r>
    </w:p>
    <w:tbl>
      <w:tblPr>
        <w:tblStyle w:val="Tabelraster"/>
        <w:tblW w:w="0" w:type="auto"/>
        <w:tblLook w:val="04A0" w:firstRow="1" w:lastRow="0" w:firstColumn="1" w:lastColumn="0" w:noHBand="0" w:noVBand="1"/>
      </w:tblPr>
      <w:tblGrid>
        <w:gridCol w:w="4320"/>
        <w:gridCol w:w="4320"/>
      </w:tblGrid>
      <w:tr w:rsidR="0058792D" w:rsidRPr="00AD1A32" w14:paraId="6834514A" w14:textId="77777777" w:rsidTr="00140DDB">
        <w:tc>
          <w:tcPr>
            <w:tcW w:w="4320" w:type="dxa"/>
            <w:shd w:val="clear" w:color="auto" w:fill="C6EFCE"/>
          </w:tcPr>
          <w:p w14:paraId="6A76D102" w14:textId="77777777" w:rsidR="0058792D" w:rsidRPr="00CF3A29" w:rsidRDefault="0058792D" w:rsidP="0058792D">
            <w:pPr>
              <w:spacing w:after="200" w:line="276" w:lineRule="auto"/>
              <w:rPr>
                <w:rFonts w:asciiTheme="majorHAnsi" w:hAnsiTheme="majorHAnsi" w:cstheme="majorHAnsi"/>
                <w:lang w:val="en-US"/>
              </w:rPr>
            </w:pPr>
            <w:proofErr w:type="spellStart"/>
            <w:r w:rsidRPr="00CF3A29">
              <w:rPr>
                <w:rFonts w:asciiTheme="majorHAnsi" w:hAnsiTheme="majorHAnsi" w:cstheme="majorHAnsi"/>
                <w:lang w:val="en-US"/>
              </w:rPr>
              <w:t>Sterktes</w:t>
            </w:r>
            <w:proofErr w:type="spellEnd"/>
          </w:p>
          <w:p w14:paraId="6B3D3AFA" w14:textId="77777777" w:rsidR="0058792D" w:rsidRPr="00AD56E9" w:rsidRDefault="0058792D" w:rsidP="0058792D">
            <w:pPr>
              <w:numPr>
                <w:ilvl w:val="0"/>
                <w:numId w:val="21"/>
              </w:numPr>
              <w:spacing w:after="200" w:line="276" w:lineRule="auto"/>
              <w:contextualSpacing/>
              <w:rPr>
                <w:rFonts w:asciiTheme="majorHAnsi" w:hAnsiTheme="majorHAnsi" w:cstheme="majorHAnsi"/>
              </w:rPr>
            </w:pPr>
            <w:r w:rsidRPr="00AD56E9">
              <w:rPr>
                <w:rFonts w:asciiTheme="majorHAnsi" w:hAnsiTheme="majorHAnsi" w:cstheme="majorHAnsi"/>
              </w:rPr>
              <w:t>Motivatie en kennis bij het team</w:t>
            </w:r>
          </w:p>
          <w:p w14:paraId="270C6F53"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Professionele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zorg</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voor</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dieren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aanwezig</w:t>
            </w:r>
            <w:proofErr w:type="spellEnd"/>
          </w:p>
          <w:p w14:paraId="23178936"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r w:rsidRPr="00AD1A32">
              <w:rPr>
                <w:rFonts w:asciiTheme="majorHAnsi" w:hAnsiTheme="majorHAnsi" w:cstheme="majorHAnsi"/>
                <w:lang w:val="en-US"/>
              </w:rPr>
              <w:t xml:space="preserve">Groot </w:t>
            </w:r>
            <w:proofErr w:type="spellStart"/>
            <w:r w:rsidRPr="00AD1A32">
              <w:rPr>
                <w:rFonts w:asciiTheme="majorHAnsi" w:hAnsiTheme="majorHAnsi" w:cstheme="majorHAnsi"/>
                <w:lang w:val="en-US"/>
              </w:rPr>
              <w:t>netwerk</w:t>
            </w:r>
            <w:proofErr w:type="spellEnd"/>
            <w:r w:rsidRPr="00AD1A32">
              <w:rPr>
                <w:rFonts w:asciiTheme="majorHAnsi" w:hAnsiTheme="majorHAnsi" w:cstheme="majorHAnsi"/>
                <w:lang w:val="en-US"/>
              </w:rPr>
              <w:t xml:space="preserve"> van </w:t>
            </w:r>
            <w:proofErr w:type="spellStart"/>
            <w:r w:rsidRPr="00AD1A32">
              <w:rPr>
                <w:rFonts w:asciiTheme="majorHAnsi" w:hAnsiTheme="majorHAnsi" w:cstheme="majorHAnsi"/>
                <w:lang w:val="en-US"/>
              </w:rPr>
              <w:t>specialisten</w:t>
            </w:r>
            <w:proofErr w:type="spellEnd"/>
          </w:p>
          <w:p w14:paraId="58F7B016"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Samenwerking</w:t>
            </w:r>
            <w:proofErr w:type="spellEnd"/>
            <w:r w:rsidRPr="00AD1A32">
              <w:rPr>
                <w:rFonts w:asciiTheme="majorHAnsi" w:hAnsiTheme="majorHAnsi" w:cstheme="majorHAnsi"/>
                <w:lang w:val="en-US"/>
              </w:rPr>
              <w:t xml:space="preserve"> met </w:t>
            </w:r>
            <w:proofErr w:type="spellStart"/>
            <w:r w:rsidRPr="00AD1A32">
              <w:rPr>
                <w:rFonts w:asciiTheme="majorHAnsi" w:hAnsiTheme="majorHAnsi" w:cstheme="majorHAnsi"/>
                <w:lang w:val="en-US"/>
              </w:rPr>
              <w:t>instanties</w:t>
            </w:r>
            <w:proofErr w:type="spellEnd"/>
          </w:p>
          <w:p w14:paraId="312B232B"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Jarenlange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ervaring</w:t>
            </w:r>
            <w:proofErr w:type="spellEnd"/>
            <w:r w:rsidRPr="00AD1A32">
              <w:rPr>
                <w:rFonts w:asciiTheme="majorHAnsi" w:hAnsiTheme="majorHAnsi" w:cstheme="majorHAnsi"/>
                <w:lang w:val="en-US"/>
              </w:rPr>
              <w:t xml:space="preserve"> </w:t>
            </w:r>
          </w:p>
          <w:p w14:paraId="5EF10707"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r w:rsidRPr="00AD1A32">
              <w:rPr>
                <w:rFonts w:asciiTheme="majorHAnsi" w:hAnsiTheme="majorHAnsi" w:cstheme="majorHAnsi"/>
                <w:lang w:val="en-US"/>
              </w:rPr>
              <w:t xml:space="preserve">Goede ligging, </w:t>
            </w:r>
            <w:proofErr w:type="spellStart"/>
            <w:r w:rsidRPr="00AD1A32">
              <w:rPr>
                <w:rFonts w:asciiTheme="majorHAnsi" w:hAnsiTheme="majorHAnsi" w:cstheme="majorHAnsi"/>
                <w:lang w:val="en-US"/>
              </w:rPr>
              <w:t>beperkte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overlast</w:t>
            </w:r>
            <w:proofErr w:type="spellEnd"/>
          </w:p>
          <w:p w14:paraId="5FA792A6" w14:textId="77777777" w:rsidR="0058792D" w:rsidRPr="00AD1A32" w:rsidRDefault="0058792D" w:rsidP="0058792D">
            <w:pPr>
              <w:numPr>
                <w:ilvl w:val="0"/>
                <w:numId w:val="21"/>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Succesvolle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plaatsingen</w:t>
            </w:r>
            <w:proofErr w:type="spellEnd"/>
            <w:r w:rsidRPr="00AD1A32">
              <w:rPr>
                <w:rFonts w:asciiTheme="majorHAnsi" w:hAnsiTheme="majorHAnsi" w:cstheme="majorHAnsi"/>
                <w:lang w:val="en-US"/>
              </w:rPr>
              <w:t xml:space="preserve"> van </w:t>
            </w:r>
            <w:proofErr w:type="spellStart"/>
            <w:r w:rsidRPr="00AD1A32">
              <w:rPr>
                <w:rFonts w:asciiTheme="majorHAnsi" w:hAnsiTheme="majorHAnsi" w:cstheme="majorHAnsi"/>
                <w:lang w:val="en-US"/>
              </w:rPr>
              <w:t>dieren</w:t>
            </w:r>
            <w:proofErr w:type="spellEnd"/>
            <w:r w:rsidRPr="00AD1A32">
              <w:rPr>
                <w:rFonts w:asciiTheme="majorHAnsi" w:hAnsiTheme="majorHAnsi" w:cstheme="majorHAnsi"/>
                <w:lang w:val="en-US"/>
              </w:rPr>
              <w:br/>
            </w:r>
            <w:r w:rsidRPr="00AD1A32">
              <w:rPr>
                <w:rFonts w:asciiTheme="majorHAnsi" w:hAnsiTheme="majorHAnsi" w:cstheme="majorHAnsi"/>
                <w:lang w:val="en-US"/>
              </w:rPr>
              <w:br/>
            </w:r>
          </w:p>
        </w:tc>
        <w:tc>
          <w:tcPr>
            <w:tcW w:w="4320" w:type="dxa"/>
            <w:shd w:val="clear" w:color="auto" w:fill="BDD7EE"/>
          </w:tcPr>
          <w:p w14:paraId="3AB1D4DA" w14:textId="77777777" w:rsidR="0058792D" w:rsidRPr="00AD1A32" w:rsidRDefault="0058792D" w:rsidP="0058792D">
            <w:pPr>
              <w:spacing w:after="200" w:line="276" w:lineRule="auto"/>
              <w:rPr>
                <w:rFonts w:asciiTheme="majorHAnsi" w:hAnsiTheme="majorHAnsi" w:cstheme="majorHAnsi"/>
                <w:lang w:val="en-US"/>
              </w:rPr>
            </w:pPr>
            <w:proofErr w:type="spellStart"/>
            <w:r w:rsidRPr="00AD1A32">
              <w:rPr>
                <w:rFonts w:asciiTheme="majorHAnsi" w:hAnsiTheme="majorHAnsi" w:cstheme="majorHAnsi"/>
                <w:lang w:val="en-US"/>
              </w:rPr>
              <w:t>Zwaktes</w:t>
            </w:r>
            <w:proofErr w:type="spellEnd"/>
          </w:p>
          <w:p w14:paraId="533F9446" w14:textId="77777777" w:rsidR="0058792D" w:rsidRPr="00AD1A32" w:rsidRDefault="0058792D" w:rsidP="0058792D">
            <w:pPr>
              <w:numPr>
                <w:ilvl w:val="0"/>
                <w:numId w:val="22"/>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Onvoldoende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digitaal</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werken</w:t>
            </w:r>
            <w:proofErr w:type="spellEnd"/>
          </w:p>
          <w:p w14:paraId="49281C8B" w14:textId="77777777" w:rsidR="0058792D" w:rsidRPr="00AD56E9" w:rsidRDefault="0058792D" w:rsidP="0058792D">
            <w:pPr>
              <w:numPr>
                <w:ilvl w:val="0"/>
                <w:numId w:val="22"/>
              </w:numPr>
              <w:spacing w:after="200" w:line="276" w:lineRule="auto"/>
              <w:contextualSpacing/>
              <w:rPr>
                <w:rFonts w:asciiTheme="majorHAnsi" w:hAnsiTheme="majorHAnsi" w:cstheme="majorHAnsi"/>
              </w:rPr>
            </w:pPr>
            <w:r w:rsidRPr="00AD56E9">
              <w:rPr>
                <w:rFonts w:asciiTheme="majorHAnsi" w:hAnsiTheme="majorHAnsi" w:cstheme="majorHAnsi"/>
              </w:rPr>
              <w:t xml:space="preserve">RI&amp;E, </w:t>
            </w:r>
            <w:proofErr w:type="spellStart"/>
            <w:r w:rsidRPr="00AD56E9">
              <w:rPr>
                <w:rFonts w:asciiTheme="majorHAnsi" w:hAnsiTheme="majorHAnsi" w:cstheme="majorHAnsi"/>
              </w:rPr>
              <w:t>PvA</w:t>
            </w:r>
            <w:proofErr w:type="spellEnd"/>
            <w:r w:rsidRPr="00AD56E9">
              <w:rPr>
                <w:rFonts w:asciiTheme="majorHAnsi" w:hAnsiTheme="majorHAnsi" w:cstheme="majorHAnsi"/>
              </w:rPr>
              <w:t xml:space="preserve"> zijn veel acties</w:t>
            </w:r>
          </w:p>
          <w:p w14:paraId="22DBD58B" w14:textId="77777777" w:rsidR="0058792D" w:rsidRPr="00AD1A32" w:rsidRDefault="0058792D" w:rsidP="0058792D">
            <w:pPr>
              <w:numPr>
                <w:ilvl w:val="0"/>
                <w:numId w:val="22"/>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Seizoensgebonden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piekbelasting</w:t>
            </w:r>
            <w:proofErr w:type="spellEnd"/>
          </w:p>
          <w:p w14:paraId="669BEF30" w14:textId="77777777" w:rsidR="0058792D" w:rsidRPr="00AD1A32" w:rsidRDefault="0058792D" w:rsidP="0058792D">
            <w:pPr>
              <w:numPr>
                <w:ilvl w:val="0"/>
                <w:numId w:val="22"/>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Weinig</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vrijwilligers</w:t>
            </w:r>
            <w:proofErr w:type="spellEnd"/>
            <w:r w:rsidRPr="00AD1A32">
              <w:rPr>
                <w:rFonts w:asciiTheme="majorHAnsi" w:hAnsiTheme="majorHAnsi" w:cstheme="majorHAnsi"/>
                <w:lang w:val="en-US"/>
              </w:rPr>
              <w:t xml:space="preserve"> </w:t>
            </w:r>
          </w:p>
          <w:p w14:paraId="0733FF66" w14:textId="76E9B548" w:rsidR="0058792D" w:rsidRPr="00AD1A32" w:rsidRDefault="0058792D" w:rsidP="0058792D">
            <w:pPr>
              <w:numPr>
                <w:ilvl w:val="0"/>
                <w:numId w:val="22"/>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Financiële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middelen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nog</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onvoldoende</w:t>
            </w:r>
            <w:proofErr w:type="spellEnd"/>
            <w:r w:rsidRPr="00AD1A32">
              <w:rPr>
                <w:rFonts w:asciiTheme="majorHAnsi" w:hAnsiTheme="majorHAnsi" w:cstheme="majorHAnsi"/>
                <w:lang w:val="en-US"/>
              </w:rPr>
              <w:t xml:space="preserve">. </w:t>
            </w:r>
          </w:p>
          <w:p w14:paraId="70D9A24D" w14:textId="77777777" w:rsidR="0058792D" w:rsidRPr="00AD1A32" w:rsidRDefault="0058792D" w:rsidP="0058792D">
            <w:pPr>
              <w:numPr>
                <w:ilvl w:val="0"/>
                <w:numId w:val="22"/>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Bedrijfscultuur</w:t>
            </w:r>
            <w:proofErr w:type="spellEnd"/>
            <w:r w:rsidRPr="00AD1A32">
              <w:rPr>
                <w:rFonts w:asciiTheme="majorHAnsi" w:hAnsiTheme="majorHAnsi" w:cstheme="majorHAnsi"/>
                <w:lang w:val="en-US"/>
              </w:rPr>
              <w:t xml:space="preserve"> </w:t>
            </w:r>
            <w:r w:rsidRPr="00AD1A32">
              <w:rPr>
                <w:rFonts w:asciiTheme="majorHAnsi" w:hAnsiTheme="majorHAnsi" w:cstheme="majorHAnsi"/>
                <w:lang w:val="en-US"/>
              </w:rPr>
              <w:br/>
              <w:t xml:space="preserve">  </w:t>
            </w:r>
          </w:p>
        </w:tc>
      </w:tr>
      <w:tr w:rsidR="0058792D" w:rsidRPr="00AD1A32" w14:paraId="18ACF303" w14:textId="77777777" w:rsidTr="00140DDB">
        <w:tc>
          <w:tcPr>
            <w:tcW w:w="4320" w:type="dxa"/>
            <w:shd w:val="clear" w:color="auto" w:fill="F8CBAD"/>
          </w:tcPr>
          <w:p w14:paraId="3A1F84AF" w14:textId="77777777" w:rsidR="0058792D" w:rsidRPr="00AD1A32" w:rsidRDefault="0058792D" w:rsidP="0058792D">
            <w:pPr>
              <w:spacing w:after="200" w:line="276" w:lineRule="auto"/>
              <w:rPr>
                <w:rFonts w:asciiTheme="majorHAnsi" w:hAnsiTheme="majorHAnsi" w:cstheme="majorHAnsi"/>
                <w:lang w:val="en-US"/>
              </w:rPr>
            </w:pPr>
            <w:r w:rsidRPr="00AD1A32">
              <w:rPr>
                <w:rFonts w:asciiTheme="majorHAnsi" w:hAnsiTheme="majorHAnsi" w:cstheme="majorHAnsi"/>
                <w:lang w:val="en-US"/>
              </w:rPr>
              <w:t>Kansen:</w:t>
            </w:r>
          </w:p>
          <w:p w14:paraId="663210A1"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Verbeteren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reputatie</w:t>
            </w:r>
            <w:proofErr w:type="spellEnd"/>
            <w:r w:rsidRPr="00AD1A32">
              <w:rPr>
                <w:rFonts w:asciiTheme="majorHAnsi" w:hAnsiTheme="majorHAnsi" w:cstheme="majorHAnsi"/>
                <w:lang w:val="en-US"/>
              </w:rPr>
              <w:t xml:space="preserve"> </w:t>
            </w:r>
          </w:p>
          <w:p w14:paraId="29B4CF46"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Vergroten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zichtbaarheid</w:t>
            </w:r>
            <w:proofErr w:type="spellEnd"/>
            <w:r w:rsidRPr="00AD1A32">
              <w:rPr>
                <w:rFonts w:asciiTheme="majorHAnsi" w:hAnsiTheme="majorHAnsi" w:cstheme="majorHAnsi"/>
                <w:lang w:val="en-US"/>
              </w:rPr>
              <w:t xml:space="preserve"> online en offline</w:t>
            </w:r>
          </w:p>
          <w:p w14:paraId="188081A8"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Trainingen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voor</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medewerkers</w:t>
            </w:r>
            <w:proofErr w:type="spellEnd"/>
            <w:r w:rsidRPr="00AD1A32">
              <w:rPr>
                <w:rFonts w:asciiTheme="majorHAnsi" w:hAnsiTheme="majorHAnsi" w:cstheme="majorHAnsi"/>
                <w:lang w:val="en-US"/>
              </w:rPr>
              <w:t xml:space="preserve"> en </w:t>
            </w:r>
            <w:proofErr w:type="spellStart"/>
            <w:r w:rsidRPr="00AD1A32">
              <w:rPr>
                <w:rFonts w:asciiTheme="majorHAnsi" w:hAnsiTheme="majorHAnsi" w:cstheme="majorHAnsi"/>
                <w:lang w:val="en-US"/>
              </w:rPr>
              <w:t>vrijwilligers</w:t>
            </w:r>
            <w:proofErr w:type="spellEnd"/>
          </w:p>
          <w:p w14:paraId="14FAB99D"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r w:rsidRPr="00AD1A32">
              <w:rPr>
                <w:rFonts w:asciiTheme="majorHAnsi" w:hAnsiTheme="majorHAnsi" w:cstheme="majorHAnsi"/>
                <w:lang w:val="en-US"/>
              </w:rPr>
              <w:t xml:space="preserve">Andere </w:t>
            </w:r>
            <w:proofErr w:type="spellStart"/>
            <w:r w:rsidRPr="00AD1A32">
              <w:rPr>
                <w:rFonts w:asciiTheme="majorHAnsi" w:hAnsiTheme="majorHAnsi" w:cstheme="majorHAnsi"/>
                <w:lang w:val="en-US"/>
              </w:rPr>
              <w:t>inkomstenbronnen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onderzoeken</w:t>
            </w:r>
            <w:proofErr w:type="spellEnd"/>
          </w:p>
          <w:p w14:paraId="71AF7C9F"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Inspelen</w:t>
            </w:r>
            <w:proofErr w:type="spellEnd"/>
            <w:r w:rsidRPr="00AD1A32">
              <w:rPr>
                <w:rFonts w:asciiTheme="majorHAnsi" w:hAnsiTheme="majorHAnsi" w:cstheme="majorHAnsi"/>
                <w:lang w:val="en-US"/>
              </w:rPr>
              <w:t xml:space="preserve"> op </w:t>
            </w:r>
            <w:proofErr w:type="spellStart"/>
            <w:r w:rsidRPr="00AD1A32">
              <w:rPr>
                <w:rFonts w:asciiTheme="majorHAnsi" w:hAnsiTheme="majorHAnsi" w:cstheme="majorHAnsi"/>
                <w:lang w:val="en-US"/>
              </w:rPr>
              <w:t>liefde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voor</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dieren</w:t>
            </w:r>
            <w:proofErr w:type="spellEnd"/>
          </w:p>
          <w:p w14:paraId="744CCFA0" w14:textId="77777777" w:rsidR="0058792D" w:rsidRPr="00AD56E9" w:rsidRDefault="0058792D" w:rsidP="0058792D">
            <w:pPr>
              <w:numPr>
                <w:ilvl w:val="0"/>
                <w:numId w:val="24"/>
              </w:numPr>
              <w:spacing w:after="200" w:line="276" w:lineRule="auto"/>
              <w:contextualSpacing/>
              <w:rPr>
                <w:rFonts w:asciiTheme="majorHAnsi" w:hAnsiTheme="majorHAnsi" w:cstheme="majorHAnsi"/>
              </w:rPr>
            </w:pPr>
            <w:r w:rsidRPr="00AD56E9">
              <w:rPr>
                <w:rFonts w:asciiTheme="majorHAnsi" w:hAnsiTheme="majorHAnsi" w:cstheme="majorHAnsi"/>
              </w:rPr>
              <w:t>Open en dienstverlenende houding in ieder contact</w:t>
            </w:r>
          </w:p>
          <w:p w14:paraId="41C634AC" w14:textId="77777777" w:rsidR="0058792D" w:rsidRPr="00AD1A32" w:rsidRDefault="0058792D" w:rsidP="0058792D">
            <w:pPr>
              <w:numPr>
                <w:ilvl w:val="0"/>
                <w:numId w:val="24"/>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Verbetering</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communicatielijnen</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rondom</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dierenambulance</w:t>
            </w:r>
            <w:proofErr w:type="spellEnd"/>
          </w:p>
          <w:p w14:paraId="6BDF7496" w14:textId="77777777" w:rsidR="0058792D" w:rsidRPr="00AD1A32" w:rsidRDefault="0058792D" w:rsidP="0058792D">
            <w:pPr>
              <w:ind w:left="720"/>
              <w:contextualSpacing/>
              <w:rPr>
                <w:rFonts w:asciiTheme="majorHAnsi" w:hAnsiTheme="majorHAnsi" w:cstheme="majorHAnsi"/>
                <w:lang w:val="en-US"/>
              </w:rPr>
            </w:pPr>
          </w:p>
        </w:tc>
        <w:tc>
          <w:tcPr>
            <w:tcW w:w="4320" w:type="dxa"/>
            <w:shd w:val="clear" w:color="auto" w:fill="F4B084"/>
          </w:tcPr>
          <w:p w14:paraId="768890FB" w14:textId="77777777" w:rsidR="0058792D" w:rsidRPr="00AD1A32" w:rsidRDefault="0058792D" w:rsidP="0058792D">
            <w:pPr>
              <w:spacing w:after="200" w:line="276" w:lineRule="auto"/>
              <w:rPr>
                <w:rFonts w:asciiTheme="majorHAnsi" w:hAnsiTheme="majorHAnsi" w:cstheme="majorHAnsi"/>
                <w:lang w:val="en-US"/>
              </w:rPr>
            </w:pPr>
            <w:proofErr w:type="spellStart"/>
            <w:r w:rsidRPr="00AD1A32">
              <w:rPr>
                <w:rFonts w:asciiTheme="majorHAnsi" w:hAnsiTheme="majorHAnsi" w:cstheme="majorHAnsi"/>
                <w:lang w:val="en-US"/>
              </w:rPr>
              <w:t>Bedreigingen</w:t>
            </w:r>
            <w:proofErr w:type="spellEnd"/>
          </w:p>
          <w:p w14:paraId="702EDC00" w14:textId="77777777" w:rsidR="0058792D" w:rsidRPr="00AD1A32" w:rsidRDefault="0058792D" w:rsidP="0058792D">
            <w:pPr>
              <w:numPr>
                <w:ilvl w:val="0"/>
                <w:numId w:val="23"/>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Negatief</w:t>
            </w:r>
            <w:proofErr w:type="spellEnd"/>
            <w:r w:rsidRPr="00AD1A32">
              <w:rPr>
                <w:rFonts w:asciiTheme="majorHAnsi" w:hAnsiTheme="majorHAnsi" w:cstheme="majorHAnsi"/>
                <w:lang w:val="en-US"/>
              </w:rPr>
              <w:t xml:space="preserve"> imago </w:t>
            </w:r>
            <w:proofErr w:type="spellStart"/>
            <w:r w:rsidRPr="00AD1A32">
              <w:rPr>
                <w:rFonts w:asciiTheme="majorHAnsi" w:hAnsiTheme="majorHAnsi" w:cstheme="majorHAnsi"/>
                <w:lang w:val="en-US"/>
              </w:rPr>
              <w:t>vanuit</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verleden</w:t>
            </w:r>
            <w:proofErr w:type="spellEnd"/>
          </w:p>
          <w:p w14:paraId="50BADEB7" w14:textId="77777777" w:rsidR="0058792D" w:rsidRPr="00AD56E9" w:rsidRDefault="0058792D" w:rsidP="0058792D">
            <w:pPr>
              <w:numPr>
                <w:ilvl w:val="0"/>
                <w:numId w:val="23"/>
              </w:numPr>
              <w:spacing w:after="200" w:line="276" w:lineRule="auto"/>
              <w:contextualSpacing/>
              <w:rPr>
                <w:rFonts w:asciiTheme="majorHAnsi" w:hAnsiTheme="majorHAnsi" w:cstheme="majorHAnsi"/>
              </w:rPr>
            </w:pPr>
            <w:r w:rsidRPr="00AD56E9">
              <w:rPr>
                <w:rFonts w:asciiTheme="majorHAnsi" w:hAnsiTheme="majorHAnsi" w:cstheme="majorHAnsi"/>
              </w:rPr>
              <w:t>Negatieve beeldvorming vanuit andere organisaties in het heden</w:t>
            </w:r>
          </w:p>
          <w:p w14:paraId="2BFEEFEB" w14:textId="4DEDF7F8" w:rsidR="0058792D" w:rsidRPr="00AD56E9" w:rsidRDefault="0058792D" w:rsidP="0058792D">
            <w:pPr>
              <w:numPr>
                <w:ilvl w:val="0"/>
                <w:numId w:val="23"/>
              </w:numPr>
              <w:spacing w:after="200" w:line="276" w:lineRule="auto"/>
              <w:contextualSpacing/>
              <w:rPr>
                <w:rFonts w:asciiTheme="majorHAnsi" w:hAnsiTheme="majorHAnsi" w:cstheme="majorHAnsi"/>
              </w:rPr>
            </w:pPr>
            <w:r w:rsidRPr="00AD56E9">
              <w:rPr>
                <w:rFonts w:asciiTheme="majorHAnsi" w:hAnsiTheme="majorHAnsi" w:cstheme="majorHAnsi"/>
              </w:rPr>
              <w:t>Financiële middelen voor</w:t>
            </w:r>
            <w:r w:rsidR="008344A4" w:rsidRPr="00AD56E9">
              <w:rPr>
                <w:rFonts w:asciiTheme="majorHAnsi" w:hAnsiTheme="majorHAnsi" w:cstheme="majorHAnsi"/>
              </w:rPr>
              <w:t xml:space="preserve"> kostendekking en</w:t>
            </w:r>
            <w:r w:rsidRPr="00AD56E9">
              <w:rPr>
                <w:rFonts w:asciiTheme="majorHAnsi" w:hAnsiTheme="majorHAnsi" w:cstheme="majorHAnsi"/>
              </w:rPr>
              <w:t xml:space="preserve"> vernieuwing</w:t>
            </w:r>
          </w:p>
          <w:p w14:paraId="6E46D140" w14:textId="77777777" w:rsidR="0058792D" w:rsidRPr="00AD56E9" w:rsidRDefault="0058792D" w:rsidP="0058792D">
            <w:pPr>
              <w:numPr>
                <w:ilvl w:val="0"/>
                <w:numId w:val="23"/>
              </w:numPr>
              <w:spacing w:after="200" w:line="276" w:lineRule="auto"/>
              <w:contextualSpacing/>
              <w:rPr>
                <w:rFonts w:asciiTheme="majorHAnsi" w:hAnsiTheme="majorHAnsi" w:cstheme="majorHAnsi"/>
              </w:rPr>
            </w:pPr>
            <w:r w:rsidRPr="00AD56E9">
              <w:rPr>
                <w:rFonts w:asciiTheme="majorHAnsi" w:hAnsiTheme="majorHAnsi" w:cstheme="majorHAnsi"/>
              </w:rPr>
              <w:t>Krappe arbeidsmarkt en lage salarissen in deze sector</w:t>
            </w:r>
          </w:p>
          <w:p w14:paraId="4AD10997" w14:textId="77777777" w:rsidR="009D141D" w:rsidRPr="00AD1A32" w:rsidRDefault="0058792D" w:rsidP="0058792D">
            <w:pPr>
              <w:numPr>
                <w:ilvl w:val="0"/>
                <w:numId w:val="23"/>
              </w:numPr>
              <w:spacing w:after="200" w:line="276" w:lineRule="auto"/>
              <w:contextualSpacing/>
              <w:rPr>
                <w:rFonts w:asciiTheme="majorHAnsi" w:hAnsiTheme="majorHAnsi" w:cstheme="majorHAnsi"/>
                <w:lang w:val="en-US"/>
              </w:rPr>
            </w:pPr>
            <w:proofErr w:type="spellStart"/>
            <w:r w:rsidRPr="00AD1A32">
              <w:rPr>
                <w:rFonts w:asciiTheme="majorHAnsi" w:hAnsiTheme="majorHAnsi" w:cstheme="majorHAnsi"/>
                <w:lang w:val="en-US"/>
              </w:rPr>
              <w:t>Beschikbaarheid</w:t>
            </w:r>
            <w:proofErr w:type="spellEnd"/>
            <w:r w:rsidRPr="00AD1A32">
              <w:rPr>
                <w:rFonts w:asciiTheme="majorHAnsi" w:hAnsiTheme="majorHAnsi" w:cstheme="majorHAnsi"/>
                <w:lang w:val="en-US"/>
              </w:rPr>
              <w:t xml:space="preserve"> en </w:t>
            </w:r>
            <w:proofErr w:type="spellStart"/>
            <w:r w:rsidRPr="00AD1A32">
              <w:rPr>
                <w:rFonts w:asciiTheme="majorHAnsi" w:hAnsiTheme="majorHAnsi" w:cstheme="majorHAnsi"/>
                <w:lang w:val="en-US"/>
              </w:rPr>
              <w:t>betrouwbaarheid</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vrijwilligers</w:t>
            </w:r>
            <w:proofErr w:type="spellEnd"/>
          </w:p>
          <w:p w14:paraId="2DD67E03" w14:textId="1DF3F844" w:rsidR="0058792D" w:rsidRPr="00AD1A32" w:rsidRDefault="009D141D" w:rsidP="0058792D">
            <w:pPr>
              <w:numPr>
                <w:ilvl w:val="0"/>
                <w:numId w:val="23"/>
              </w:numPr>
              <w:spacing w:after="200" w:line="276" w:lineRule="auto"/>
              <w:contextualSpacing/>
              <w:rPr>
                <w:rFonts w:asciiTheme="majorHAnsi" w:hAnsiTheme="majorHAnsi" w:cstheme="majorHAnsi"/>
                <w:lang w:val="en-US"/>
              </w:rPr>
            </w:pPr>
            <w:r w:rsidRPr="00AD1A32">
              <w:rPr>
                <w:rFonts w:asciiTheme="majorHAnsi" w:hAnsiTheme="majorHAnsi" w:cstheme="majorHAnsi"/>
                <w:lang w:val="en-US"/>
              </w:rPr>
              <w:t xml:space="preserve">Sterk </w:t>
            </w:r>
            <w:proofErr w:type="spellStart"/>
            <w:r w:rsidRPr="00AD1A32">
              <w:rPr>
                <w:rFonts w:asciiTheme="majorHAnsi" w:hAnsiTheme="majorHAnsi" w:cstheme="majorHAnsi"/>
                <w:lang w:val="en-US"/>
              </w:rPr>
              <w:t>oplopende</w:t>
            </w:r>
            <w:proofErr w:type="spellEnd"/>
            <w:r w:rsidRPr="00AD1A32">
              <w:rPr>
                <w:rFonts w:asciiTheme="majorHAnsi" w:hAnsiTheme="majorHAnsi" w:cstheme="majorHAnsi"/>
                <w:lang w:val="en-US"/>
              </w:rPr>
              <w:t xml:space="preserve"> </w:t>
            </w:r>
            <w:proofErr w:type="spellStart"/>
            <w:r w:rsidRPr="00AD1A32">
              <w:rPr>
                <w:rFonts w:asciiTheme="majorHAnsi" w:hAnsiTheme="majorHAnsi" w:cstheme="majorHAnsi"/>
                <w:lang w:val="en-US"/>
              </w:rPr>
              <w:t>bedrijfskosten</w:t>
            </w:r>
            <w:proofErr w:type="spellEnd"/>
            <w:r w:rsidR="00AD7D24" w:rsidRPr="00AD1A32">
              <w:rPr>
                <w:rFonts w:asciiTheme="majorHAnsi" w:hAnsiTheme="majorHAnsi" w:cstheme="majorHAnsi"/>
                <w:lang w:val="en-US"/>
              </w:rPr>
              <w:t xml:space="preserve"> </w:t>
            </w:r>
            <w:r w:rsidR="0058792D" w:rsidRPr="00AD1A32">
              <w:rPr>
                <w:rFonts w:asciiTheme="majorHAnsi" w:hAnsiTheme="majorHAnsi" w:cstheme="majorHAnsi"/>
                <w:lang w:val="en-US"/>
              </w:rPr>
              <w:br/>
            </w:r>
            <w:r w:rsidR="0058792D" w:rsidRPr="00AD1A32">
              <w:rPr>
                <w:rFonts w:asciiTheme="majorHAnsi" w:hAnsiTheme="majorHAnsi" w:cstheme="majorHAnsi"/>
                <w:lang w:val="en-US"/>
              </w:rPr>
              <w:br/>
            </w:r>
          </w:p>
        </w:tc>
      </w:tr>
    </w:tbl>
    <w:p w14:paraId="5E7A419D" w14:textId="3980F7DC" w:rsidR="00501F52" w:rsidRPr="00AD1A32" w:rsidRDefault="0058792D">
      <w:pPr>
        <w:rPr>
          <w:rFonts w:asciiTheme="majorHAnsi" w:hAnsiTheme="majorHAnsi" w:cstheme="majorHAnsi"/>
        </w:rPr>
      </w:pPr>
      <w:r w:rsidRPr="00AD1A32">
        <w:rPr>
          <w:rFonts w:asciiTheme="majorHAnsi" w:hAnsiTheme="majorHAnsi" w:cstheme="majorHAnsi"/>
          <w:lang w:val="en-US"/>
        </w:rPr>
        <w:br/>
      </w:r>
    </w:p>
    <w:p w14:paraId="302D2206" w14:textId="77777777" w:rsidR="00831FF5" w:rsidRPr="00CF3A29" w:rsidRDefault="00724692" w:rsidP="00831FF5">
      <w:pPr>
        <w:rPr>
          <w:rFonts w:asciiTheme="majorHAnsi" w:hAnsiTheme="majorHAnsi" w:cstheme="majorHAnsi"/>
          <w:b/>
          <w:bCs/>
          <w:color w:val="76923C" w:themeColor="accent3" w:themeShade="BF"/>
          <w:sz w:val="32"/>
          <w:szCs w:val="32"/>
        </w:rPr>
      </w:pPr>
      <w:r w:rsidRPr="00CF3A29">
        <w:rPr>
          <w:rFonts w:asciiTheme="majorHAnsi" w:hAnsiTheme="majorHAnsi" w:cstheme="majorHAnsi"/>
          <w:b/>
          <w:bCs/>
          <w:color w:val="76923C" w:themeColor="accent3" w:themeShade="BF"/>
          <w:sz w:val="32"/>
          <w:szCs w:val="32"/>
        </w:rPr>
        <w:t xml:space="preserve"> </w:t>
      </w:r>
    </w:p>
    <w:p w14:paraId="677CA5A0" w14:textId="77777777" w:rsidR="005D733A" w:rsidRDefault="005D733A" w:rsidP="00831FF5">
      <w:pPr>
        <w:rPr>
          <w:rFonts w:asciiTheme="majorHAnsi" w:hAnsiTheme="majorHAnsi" w:cstheme="majorHAnsi"/>
          <w:b/>
          <w:bCs/>
          <w:color w:val="76923C" w:themeColor="accent3" w:themeShade="BF"/>
          <w:sz w:val="32"/>
          <w:szCs w:val="32"/>
        </w:rPr>
      </w:pPr>
    </w:p>
    <w:p w14:paraId="555012D3" w14:textId="77777777" w:rsidR="005D733A" w:rsidRDefault="005D733A" w:rsidP="00831FF5">
      <w:pPr>
        <w:rPr>
          <w:rFonts w:asciiTheme="majorHAnsi" w:hAnsiTheme="majorHAnsi" w:cstheme="majorHAnsi"/>
          <w:b/>
          <w:bCs/>
          <w:color w:val="76923C" w:themeColor="accent3" w:themeShade="BF"/>
          <w:sz w:val="32"/>
          <w:szCs w:val="32"/>
        </w:rPr>
      </w:pPr>
    </w:p>
    <w:p w14:paraId="1F0541FE" w14:textId="77777777" w:rsidR="005D733A" w:rsidRDefault="005D733A" w:rsidP="00831FF5">
      <w:pPr>
        <w:rPr>
          <w:rFonts w:asciiTheme="majorHAnsi" w:hAnsiTheme="majorHAnsi" w:cstheme="majorHAnsi"/>
          <w:b/>
          <w:bCs/>
          <w:color w:val="76923C" w:themeColor="accent3" w:themeShade="BF"/>
          <w:sz w:val="32"/>
          <w:szCs w:val="32"/>
        </w:rPr>
      </w:pPr>
    </w:p>
    <w:p w14:paraId="4BDA6DC7" w14:textId="7BEF1BAA" w:rsidR="00501F52" w:rsidRPr="00CF3A29" w:rsidRDefault="00831FF5" w:rsidP="00831FF5">
      <w:pPr>
        <w:rPr>
          <w:rFonts w:asciiTheme="majorHAnsi" w:hAnsiTheme="majorHAnsi" w:cstheme="majorHAnsi"/>
          <w:b/>
          <w:bCs/>
          <w:color w:val="76923C" w:themeColor="accent3" w:themeShade="BF"/>
          <w:sz w:val="32"/>
          <w:szCs w:val="32"/>
        </w:rPr>
      </w:pPr>
      <w:r w:rsidRPr="00CF3A29">
        <w:rPr>
          <w:rFonts w:asciiTheme="majorHAnsi" w:hAnsiTheme="majorHAnsi" w:cstheme="majorHAnsi"/>
          <w:b/>
          <w:bCs/>
          <w:color w:val="76923C" w:themeColor="accent3" w:themeShade="BF"/>
          <w:sz w:val="32"/>
          <w:szCs w:val="32"/>
        </w:rPr>
        <w:t>Op</w:t>
      </w:r>
      <w:r w:rsidR="00724692" w:rsidRPr="00CF3A29">
        <w:rPr>
          <w:rFonts w:asciiTheme="majorHAnsi" w:hAnsiTheme="majorHAnsi" w:cstheme="majorHAnsi"/>
          <w:b/>
          <w:bCs/>
          <w:color w:val="76923C" w:themeColor="accent3" w:themeShade="BF"/>
          <w:sz w:val="32"/>
          <w:szCs w:val="32"/>
        </w:rPr>
        <w:t xml:space="preserve">vangcijfers </w:t>
      </w:r>
    </w:p>
    <w:p w14:paraId="60F17BBF" w14:textId="334F8751" w:rsidR="00D9689C" w:rsidRPr="00AD56E9" w:rsidRDefault="00AE27FB" w:rsidP="0060655C">
      <w:pPr>
        <w:pStyle w:val="Geenafstand"/>
        <w:rPr>
          <w:rFonts w:asciiTheme="majorHAnsi" w:hAnsiTheme="majorHAnsi" w:cstheme="majorHAnsi"/>
          <w:lang w:val="nl-NL"/>
        </w:rPr>
      </w:pPr>
      <w:r w:rsidRPr="00AD56E9">
        <w:rPr>
          <w:rFonts w:asciiTheme="majorHAnsi" w:hAnsiTheme="majorHAnsi" w:cstheme="majorHAnsi"/>
          <w:lang w:val="nl-NL"/>
        </w:rPr>
        <w:t xml:space="preserve">Aangezien het Dierenhuis recent is gestart, kunnen we </w:t>
      </w:r>
      <w:r w:rsidR="000B0D92" w:rsidRPr="00AD56E9">
        <w:rPr>
          <w:rFonts w:asciiTheme="majorHAnsi" w:hAnsiTheme="majorHAnsi" w:cstheme="majorHAnsi"/>
          <w:lang w:val="nl-NL"/>
        </w:rPr>
        <w:t xml:space="preserve">u nu de opvangcijfers van het eerste kwartaal van 2026 presenteren. Dit vinden wij belangrijk om te doen, zodat we goed kunnen onderbouwen waar </w:t>
      </w:r>
      <w:r w:rsidR="00553B17" w:rsidRPr="00AD56E9">
        <w:rPr>
          <w:rFonts w:asciiTheme="majorHAnsi" w:hAnsiTheme="majorHAnsi" w:cstheme="majorHAnsi"/>
          <w:lang w:val="nl-NL"/>
        </w:rPr>
        <w:t>de middelen vanuit de gemeenten aan wordt besteed.</w:t>
      </w:r>
    </w:p>
    <w:p w14:paraId="714D45D8" w14:textId="77777777" w:rsidR="00611ED4" w:rsidRPr="00AD56E9" w:rsidRDefault="00611ED4" w:rsidP="0060655C">
      <w:pPr>
        <w:pStyle w:val="Geenafstand"/>
        <w:rPr>
          <w:rFonts w:asciiTheme="majorHAnsi" w:hAnsiTheme="majorHAnsi" w:cstheme="majorHAnsi"/>
          <w:lang w:val="nl-NL"/>
        </w:rPr>
      </w:pPr>
    </w:p>
    <w:p w14:paraId="2F385904" w14:textId="239EA50E" w:rsidR="00611ED4" w:rsidRPr="00AD56E9" w:rsidRDefault="000C6586" w:rsidP="0060655C">
      <w:pPr>
        <w:pStyle w:val="Geenafstand"/>
        <w:rPr>
          <w:rFonts w:asciiTheme="majorHAnsi" w:hAnsiTheme="majorHAnsi" w:cstheme="majorHAnsi"/>
          <w:lang w:val="nl-NL"/>
        </w:rPr>
      </w:pPr>
      <w:r w:rsidRPr="00AD56E9">
        <w:rPr>
          <w:rFonts w:asciiTheme="majorHAnsi" w:hAnsiTheme="majorHAnsi" w:cstheme="majorHAnsi"/>
          <w:lang w:val="nl-NL"/>
        </w:rPr>
        <w:t xml:space="preserve">Onze dierenambulance haalt </w:t>
      </w:r>
      <w:r w:rsidR="00A232AA" w:rsidRPr="00AD56E9">
        <w:rPr>
          <w:rFonts w:asciiTheme="majorHAnsi" w:hAnsiTheme="majorHAnsi" w:cstheme="majorHAnsi"/>
          <w:lang w:val="nl-NL"/>
        </w:rPr>
        <w:t>dagelijks gewonde en/of gevonden dieren op</w:t>
      </w:r>
      <w:r w:rsidR="000B0D9B" w:rsidRPr="00AD56E9">
        <w:rPr>
          <w:rFonts w:asciiTheme="majorHAnsi" w:hAnsiTheme="majorHAnsi" w:cstheme="majorHAnsi"/>
          <w:lang w:val="nl-NL"/>
        </w:rPr>
        <w:t xml:space="preserve">. De vogels en klein wild </w:t>
      </w:r>
      <w:r w:rsidR="001F7E1E" w:rsidRPr="00AD56E9">
        <w:rPr>
          <w:rFonts w:asciiTheme="majorHAnsi" w:hAnsiTheme="majorHAnsi" w:cstheme="majorHAnsi"/>
          <w:lang w:val="nl-NL"/>
        </w:rPr>
        <w:t xml:space="preserve">worden </w:t>
      </w:r>
      <w:r w:rsidR="004B234F" w:rsidRPr="00AD56E9">
        <w:rPr>
          <w:rFonts w:asciiTheme="majorHAnsi" w:hAnsiTheme="majorHAnsi" w:cstheme="majorHAnsi"/>
          <w:lang w:val="nl-NL"/>
        </w:rPr>
        <w:t>dagelijks overgebracht naar</w:t>
      </w:r>
      <w:r w:rsidR="000B0D9B" w:rsidRPr="00AD56E9">
        <w:rPr>
          <w:rFonts w:asciiTheme="majorHAnsi" w:hAnsiTheme="majorHAnsi" w:cstheme="majorHAnsi"/>
          <w:lang w:val="nl-NL"/>
        </w:rPr>
        <w:t xml:space="preserve"> andere gespecialiseerde locaties, zoals </w:t>
      </w:r>
      <w:r w:rsidR="003251E5" w:rsidRPr="00AD56E9">
        <w:rPr>
          <w:rFonts w:asciiTheme="majorHAnsi" w:hAnsiTheme="majorHAnsi" w:cstheme="majorHAnsi"/>
          <w:lang w:val="nl-NL"/>
        </w:rPr>
        <w:t xml:space="preserve">Stichting </w:t>
      </w:r>
      <w:r w:rsidR="000B0D9B" w:rsidRPr="00AD56E9">
        <w:rPr>
          <w:rFonts w:asciiTheme="majorHAnsi" w:hAnsiTheme="majorHAnsi" w:cstheme="majorHAnsi"/>
          <w:lang w:val="nl-NL"/>
        </w:rPr>
        <w:t>Vogel</w:t>
      </w:r>
      <w:r w:rsidR="001F7E1E" w:rsidRPr="00AD56E9">
        <w:rPr>
          <w:rFonts w:asciiTheme="majorHAnsi" w:hAnsiTheme="majorHAnsi" w:cstheme="majorHAnsi"/>
          <w:lang w:val="nl-NL"/>
        </w:rPr>
        <w:t>revalidatiecentrum</w:t>
      </w:r>
      <w:r w:rsidR="000B0D9B" w:rsidRPr="00AD56E9">
        <w:rPr>
          <w:rFonts w:asciiTheme="majorHAnsi" w:hAnsiTheme="majorHAnsi" w:cstheme="majorHAnsi"/>
          <w:lang w:val="nl-NL"/>
        </w:rPr>
        <w:t xml:space="preserve"> Zundert</w:t>
      </w:r>
      <w:r w:rsidR="004B234F" w:rsidRPr="00AD56E9">
        <w:rPr>
          <w:rFonts w:asciiTheme="majorHAnsi" w:hAnsiTheme="majorHAnsi" w:cstheme="majorHAnsi"/>
          <w:lang w:val="nl-NL"/>
        </w:rPr>
        <w:t xml:space="preserve">. De honden en katten verblijven regelmatig langer binnen het dierenasiel. </w:t>
      </w:r>
      <w:r w:rsidR="001C7529" w:rsidRPr="00AD56E9">
        <w:rPr>
          <w:rFonts w:asciiTheme="majorHAnsi" w:hAnsiTheme="majorHAnsi" w:cstheme="majorHAnsi"/>
          <w:lang w:val="nl-NL"/>
        </w:rPr>
        <w:t xml:space="preserve">Deze dieren moeten </w:t>
      </w:r>
      <w:proofErr w:type="spellStart"/>
      <w:r w:rsidR="001C7529" w:rsidRPr="00AD56E9">
        <w:rPr>
          <w:rFonts w:asciiTheme="majorHAnsi" w:hAnsiTheme="majorHAnsi" w:cstheme="majorHAnsi"/>
          <w:lang w:val="nl-NL"/>
        </w:rPr>
        <w:t>minimal</w:t>
      </w:r>
      <w:proofErr w:type="spellEnd"/>
      <w:r w:rsidR="001C7529" w:rsidRPr="00AD56E9">
        <w:rPr>
          <w:rFonts w:asciiTheme="majorHAnsi" w:hAnsiTheme="majorHAnsi" w:cstheme="majorHAnsi"/>
          <w:lang w:val="nl-NL"/>
        </w:rPr>
        <w:t xml:space="preserve"> 14 dagen in het asiel verblijven voordat er gekeken kan worden naar herplaatsing. </w:t>
      </w:r>
    </w:p>
    <w:p w14:paraId="13766502" w14:textId="77777777" w:rsidR="0004366E" w:rsidRPr="00AD56E9" w:rsidRDefault="0004366E" w:rsidP="0060655C">
      <w:pPr>
        <w:pStyle w:val="Geenafstand"/>
        <w:rPr>
          <w:rFonts w:asciiTheme="majorHAnsi" w:hAnsiTheme="majorHAnsi" w:cstheme="majorHAnsi"/>
          <w:lang w:val="nl-NL"/>
        </w:rPr>
      </w:pPr>
    </w:p>
    <w:p w14:paraId="41B442BF" w14:textId="69C70778" w:rsidR="00110F3B" w:rsidRPr="00AD56E9" w:rsidRDefault="00110F3B" w:rsidP="0060655C">
      <w:pPr>
        <w:pStyle w:val="Geenafstand"/>
        <w:rPr>
          <w:rFonts w:asciiTheme="majorHAnsi" w:hAnsiTheme="majorHAnsi" w:cstheme="majorHAnsi"/>
          <w:lang w:val="nl-NL"/>
        </w:rPr>
      </w:pPr>
      <w:r w:rsidRPr="00AD56E9">
        <w:rPr>
          <w:rFonts w:asciiTheme="majorHAnsi" w:hAnsiTheme="majorHAnsi" w:cstheme="majorHAnsi"/>
          <w:lang w:val="nl-NL"/>
        </w:rPr>
        <w:t xml:space="preserve">In totaal zijn er </w:t>
      </w:r>
      <w:r w:rsidR="004F175A" w:rsidRPr="00AD56E9">
        <w:rPr>
          <w:rFonts w:asciiTheme="majorHAnsi" w:hAnsiTheme="majorHAnsi" w:cstheme="majorHAnsi"/>
          <w:lang w:val="nl-NL"/>
        </w:rPr>
        <w:t>201 dieren opgehaald en vervoerd met de dierenambulance.</w:t>
      </w:r>
    </w:p>
    <w:p w14:paraId="4398015D" w14:textId="38ECA6C8" w:rsidR="00EF6BCE" w:rsidRPr="00AD56E9" w:rsidRDefault="001C7529" w:rsidP="0060655C">
      <w:pPr>
        <w:pStyle w:val="Geenafstand"/>
        <w:rPr>
          <w:rFonts w:asciiTheme="majorHAnsi" w:hAnsiTheme="majorHAnsi" w:cstheme="majorHAnsi"/>
          <w:lang w:val="nl-NL"/>
        </w:rPr>
      </w:pPr>
      <w:r w:rsidRPr="00AD56E9">
        <w:rPr>
          <w:rFonts w:asciiTheme="majorHAnsi" w:hAnsiTheme="majorHAnsi" w:cstheme="majorHAnsi"/>
          <w:lang w:val="nl-NL"/>
        </w:rPr>
        <w:t xml:space="preserve">In het </w:t>
      </w:r>
      <w:r w:rsidR="00611ED4" w:rsidRPr="00AD56E9">
        <w:rPr>
          <w:rFonts w:asciiTheme="majorHAnsi" w:hAnsiTheme="majorHAnsi" w:cstheme="majorHAnsi"/>
          <w:lang w:val="nl-NL"/>
        </w:rPr>
        <w:t>eerste kwartaal</w:t>
      </w:r>
      <w:r w:rsidRPr="00AD56E9">
        <w:rPr>
          <w:rFonts w:asciiTheme="majorHAnsi" w:hAnsiTheme="majorHAnsi" w:cstheme="majorHAnsi"/>
          <w:lang w:val="nl-NL"/>
        </w:rPr>
        <w:t xml:space="preserve"> van </w:t>
      </w:r>
      <w:r w:rsidR="001D42FC" w:rsidRPr="00AD56E9">
        <w:rPr>
          <w:rFonts w:asciiTheme="majorHAnsi" w:hAnsiTheme="majorHAnsi" w:cstheme="majorHAnsi"/>
          <w:lang w:val="nl-NL"/>
        </w:rPr>
        <w:t>2026</w:t>
      </w:r>
      <w:r w:rsidR="00611ED4" w:rsidRPr="00AD56E9">
        <w:rPr>
          <w:rFonts w:asciiTheme="majorHAnsi" w:hAnsiTheme="majorHAnsi" w:cstheme="majorHAnsi"/>
          <w:lang w:val="nl-NL"/>
        </w:rPr>
        <w:t xml:space="preserve"> </w:t>
      </w:r>
      <w:r w:rsidR="0004366E" w:rsidRPr="00AD56E9">
        <w:rPr>
          <w:rFonts w:asciiTheme="majorHAnsi" w:hAnsiTheme="majorHAnsi" w:cstheme="majorHAnsi"/>
          <w:lang w:val="nl-NL"/>
        </w:rPr>
        <w:t>hebben we volgende aantallen</w:t>
      </w:r>
      <w:r w:rsidR="001D42FC" w:rsidRPr="00AD56E9">
        <w:rPr>
          <w:rFonts w:asciiTheme="majorHAnsi" w:hAnsiTheme="majorHAnsi" w:cstheme="majorHAnsi"/>
          <w:lang w:val="nl-NL"/>
        </w:rPr>
        <w:t xml:space="preserve"> de opgehaalde dieren en (tijdelijk) opgevangen</w:t>
      </w:r>
      <w:r w:rsidR="00854D47" w:rsidRPr="00AD56E9">
        <w:rPr>
          <w:rFonts w:asciiTheme="majorHAnsi" w:hAnsiTheme="majorHAnsi" w:cstheme="majorHAnsi"/>
          <w:lang w:val="nl-NL"/>
        </w:rPr>
        <w:t xml:space="preserve"> dieren</w:t>
      </w:r>
      <w:r w:rsidR="001D42FC" w:rsidRPr="00AD56E9">
        <w:rPr>
          <w:rFonts w:asciiTheme="majorHAnsi" w:hAnsiTheme="majorHAnsi" w:cstheme="majorHAnsi"/>
          <w:lang w:val="nl-NL"/>
        </w:rPr>
        <w:t xml:space="preserve"> door de dierenambulance </w:t>
      </w:r>
      <w:r w:rsidR="00611ED4" w:rsidRPr="00AD56E9">
        <w:rPr>
          <w:rFonts w:asciiTheme="majorHAnsi" w:hAnsiTheme="majorHAnsi" w:cstheme="majorHAnsi"/>
          <w:lang w:val="nl-NL"/>
        </w:rPr>
        <w:t xml:space="preserve">per gemeente </w:t>
      </w:r>
      <w:r w:rsidR="0004366E" w:rsidRPr="00AD56E9">
        <w:rPr>
          <w:rFonts w:asciiTheme="majorHAnsi" w:hAnsiTheme="majorHAnsi" w:cstheme="majorHAnsi"/>
          <w:lang w:val="nl-NL"/>
        </w:rPr>
        <w:t>uitgesplitst</w:t>
      </w:r>
      <w:r w:rsidR="00611ED4" w:rsidRPr="00AD56E9">
        <w:rPr>
          <w:rFonts w:asciiTheme="majorHAnsi" w:hAnsiTheme="majorHAnsi" w:cstheme="majorHAnsi"/>
          <w:lang w:val="nl-NL"/>
        </w:rPr>
        <w:t>:</w:t>
      </w:r>
    </w:p>
    <w:p w14:paraId="7ADA344D" w14:textId="77777777" w:rsidR="00611ED4" w:rsidRPr="00AD56E9" w:rsidRDefault="00611ED4" w:rsidP="0060655C">
      <w:pPr>
        <w:pStyle w:val="Geenafstand"/>
        <w:rPr>
          <w:rFonts w:asciiTheme="majorHAnsi" w:hAnsiTheme="majorHAnsi" w:cstheme="majorHAnsi"/>
          <w:lang w:val="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7"/>
        <w:gridCol w:w="1314"/>
      </w:tblGrid>
      <w:tr w:rsidR="00DB56E6" w:rsidRPr="008702C1" w14:paraId="48E53F15" w14:textId="77777777">
        <w:trPr>
          <w:tblHeader/>
          <w:tblCellSpacing w:w="15" w:type="dxa"/>
        </w:trPr>
        <w:tc>
          <w:tcPr>
            <w:tcW w:w="0" w:type="auto"/>
            <w:vAlign w:val="center"/>
            <w:hideMark/>
          </w:tcPr>
          <w:p w14:paraId="7C819F7F" w14:textId="77777777" w:rsidR="008702C1" w:rsidRPr="008702C1" w:rsidRDefault="008702C1" w:rsidP="008702C1">
            <w:pPr>
              <w:pStyle w:val="Geenafstand"/>
              <w:rPr>
                <w:rFonts w:asciiTheme="majorHAnsi" w:hAnsiTheme="majorHAnsi" w:cstheme="majorHAnsi"/>
                <w:b/>
                <w:bCs/>
                <w:lang w:val="nl-NL"/>
              </w:rPr>
            </w:pPr>
            <w:r w:rsidRPr="008702C1">
              <w:rPr>
                <w:rFonts w:asciiTheme="majorHAnsi" w:hAnsiTheme="majorHAnsi" w:cstheme="majorHAnsi"/>
                <w:b/>
                <w:bCs/>
                <w:color w:val="E36C0A" w:themeColor="accent6" w:themeShade="BF"/>
                <w:lang w:val="nl-NL"/>
              </w:rPr>
              <w:t>Gemeente</w:t>
            </w:r>
          </w:p>
        </w:tc>
        <w:tc>
          <w:tcPr>
            <w:tcW w:w="0" w:type="auto"/>
            <w:vAlign w:val="center"/>
            <w:hideMark/>
          </w:tcPr>
          <w:p w14:paraId="13D0B610" w14:textId="77777777" w:rsidR="008702C1" w:rsidRPr="008702C1" w:rsidRDefault="008702C1" w:rsidP="008702C1">
            <w:pPr>
              <w:pStyle w:val="Geenafstand"/>
              <w:rPr>
                <w:rFonts w:asciiTheme="majorHAnsi" w:hAnsiTheme="majorHAnsi" w:cstheme="majorHAnsi"/>
                <w:b/>
                <w:bCs/>
                <w:color w:val="E36C0A" w:themeColor="accent6" w:themeShade="BF"/>
                <w:lang w:val="nl-NL"/>
              </w:rPr>
            </w:pPr>
            <w:r w:rsidRPr="008702C1">
              <w:rPr>
                <w:rFonts w:asciiTheme="majorHAnsi" w:hAnsiTheme="majorHAnsi" w:cstheme="majorHAnsi"/>
                <w:b/>
                <w:bCs/>
                <w:color w:val="E36C0A" w:themeColor="accent6" w:themeShade="BF"/>
                <w:lang w:val="nl-NL"/>
              </w:rPr>
              <w:t>Aantal dieren</w:t>
            </w:r>
          </w:p>
        </w:tc>
      </w:tr>
      <w:tr w:rsidR="008702C1" w:rsidRPr="008702C1" w14:paraId="36D7B522" w14:textId="77777777">
        <w:trPr>
          <w:tblCellSpacing w:w="15" w:type="dxa"/>
        </w:trPr>
        <w:tc>
          <w:tcPr>
            <w:tcW w:w="0" w:type="auto"/>
            <w:vAlign w:val="center"/>
            <w:hideMark/>
          </w:tcPr>
          <w:p w14:paraId="1DB1D61B"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Roosendaal</w:t>
            </w:r>
          </w:p>
        </w:tc>
        <w:tc>
          <w:tcPr>
            <w:tcW w:w="0" w:type="auto"/>
            <w:vAlign w:val="center"/>
            <w:hideMark/>
          </w:tcPr>
          <w:p w14:paraId="4A6F9C9B"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52</w:t>
            </w:r>
          </w:p>
        </w:tc>
      </w:tr>
      <w:tr w:rsidR="008702C1" w:rsidRPr="008702C1" w14:paraId="39019E89" w14:textId="77777777">
        <w:trPr>
          <w:tblCellSpacing w:w="15" w:type="dxa"/>
        </w:trPr>
        <w:tc>
          <w:tcPr>
            <w:tcW w:w="0" w:type="auto"/>
            <w:vAlign w:val="center"/>
            <w:hideMark/>
          </w:tcPr>
          <w:p w14:paraId="0C4CB67E"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Rucphen</w:t>
            </w:r>
          </w:p>
        </w:tc>
        <w:tc>
          <w:tcPr>
            <w:tcW w:w="0" w:type="auto"/>
            <w:vAlign w:val="center"/>
            <w:hideMark/>
          </w:tcPr>
          <w:p w14:paraId="7601AAC8"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9</w:t>
            </w:r>
          </w:p>
        </w:tc>
      </w:tr>
      <w:tr w:rsidR="008702C1" w:rsidRPr="008702C1" w14:paraId="301DBF25" w14:textId="77777777">
        <w:trPr>
          <w:tblCellSpacing w:w="15" w:type="dxa"/>
        </w:trPr>
        <w:tc>
          <w:tcPr>
            <w:tcW w:w="0" w:type="auto"/>
            <w:vAlign w:val="center"/>
            <w:hideMark/>
          </w:tcPr>
          <w:p w14:paraId="0E2BCC8F"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Steenbergen</w:t>
            </w:r>
          </w:p>
        </w:tc>
        <w:tc>
          <w:tcPr>
            <w:tcW w:w="0" w:type="auto"/>
            <w:vAlign w:val="center"/>
            <w:hideMark/>
          </w:tcPr>
          <w:p w14:paraId="415334CF"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17</w:t>
            </w:r>
          </w:p>
        </w:tc>
      </w:tr>
      <w:tr w:rsidR="008702C1" w:rsidRPr="008702C1" w14:paraId="14DF9042" w14:textId="77777777">
        <w:trPr>
          <w:tblCellSpacing w:w="15" w:type="dxa"/>
        </w:trPr>
        <w:tc>
          <w:tcPr>
            <w:tcW w:w="0" w:type="auto"/>
            <w:vAlign w:val="center"/>
            <w:hideMark/>
          </w:tcPr>
          <w:p w14:paraId="003AAF09"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Halderberge</w:t>
            </w:r>
          </w:p>
        </w:tc>
        <w:tc>
          <w:tcPr>
            <w:tcW w:w="0" w:type="auto"/>
            <w:vAlign w:val="center"/>
            <w:hideMark/>
          </w:tcPr>
          <w:p w14:paraId="66598F69"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31</w:t>
            </w:r>
          </w:p>
        </w:tc>
      </w:tr>
      <w:tr w:rsidR="008702C1" w:rsidRPr="008702C1" w14:paraId="0DFD9733" w14:textId="77777777">
        <w:trPr>
          <w:tblCellSpacing w:w="15" w:type="dxa"/>
        </w:trPr>
        <w:tc>
          <w:tcPr>
            <w:tcW w:w="0" w:type="auto"/>
            <w:vAlign w:val="center"/>
            <w:hideMark/>
          </w:tcPr>
          <w:p w14:paraId="5FADDF0F"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Woensdrecht</w:t>
            </w:r>
          </w:p>
        </w:tc>
        <w:tc>
          <w:tcPr>
            <w:tcW w:w="0" w:type="auto"/>
            <w:vAlign w:val="center"/>
            <w:hideMark/>
          </w:tcPr>
          <w:p w14:paraId="2C532D4C"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11</w:t>
            </w:r>
          </w:p>
        </w:tc>
      </w:tr>
      <w:tr w:rsidR="008702C1" w:rsidRPr="008702C1" w14:paraId="3F6F25E0" w14:textId="77777777">
        <w:trPr>
          <w:tblCellSpacing w:w="15" w:type="dxa"/>
        </w:trPr>
        <w:tc>
          <w:tcPr>
            <w:tcW w:w="0" w:type="auto"/>
            <w:vAlign w:val="center"/>
            <w:hideMark/>
          </w:tcPr>
          <w:p w14:paraId="549E4A28"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Bergen op Zoom</w:t>
            </w:r>
          </w:p>
        </w:tc>
        <w:tc>
          <w:tcPr>
            <w:tcW w:w="0" w:type="auto"/>
            <w:vAlign w:val="center"/>
            <w:hideMark/>
          </w:tcPr>
          <w:p w14:paraId="578FB713" w14:textId="77777777" w:rsidR="008702C1" w:rsidRPr="008702C1" w:rsidRDefault="008702C1" w:rsidP="008702C1">
            <w:pPr>
              <w:pStyle w:val="Geenafstand"/>
              <w:rPr>
                <w:rFonts w:asciiTheme="majorHAnsi" w:hAnsiTheme="majorHAnsi" w:cstheme="majorHAnsi"/>
                <w:b/>
                <w:bCs/>
                <w:color w:val="76923C" w:themeColor="accent3" w:themeShade="BF"/>
                <w:lang w:val="nl-NL"/>
              </w:rPr>
            </w:pPr>
            <w:r w:rsidRPr="008702C1">
              <w:rPr>
                <w:rFonts w:asciiTheme="majorHAnsi" w:hAnsiTheme="majorHAnsi" w:cstheme="majorHAnsi"/>
                <w:b/>
                <w:bCs/>
                <w:color w:val="76923C" w:themeColor="accent3" w:themeShade="BF"/>
                <w:lang w:val="nl-NL"/>
              </w:rPr>
              <w:t>81</w:t>
            </w:r>
          </w:p>
        </w:tc>
      </w:tr>
      <w:tr w:rsidR="008702C1" w:rsidRPr="008702C1" w14:paraId="3062AB06" w14:textId="77777777">
        <w:trPr>
          <w:tblCellSpacing w:w="15" w:type="dxa"/>
        </w:trPr>
        <w:tc>
          <w:tcPr>
            <w:tcW w:w="0" w:type="auto"/>
            <w:vAlign w:val="center"/>
            <w:hideMark/>
          </w:tcPr>
          <w:p w14:paraId="260CD147" w14:textId="77777777" w:rsidR="008702C1" w:rsidRPr="008702C1" w:rsidRDefault="008702C1" w:rsidP="008702C1">
            <w:pPr>
              <w:pStyle w:val="Geenafstand"/>
              <w:rPr>
                <w:rFonts w:asciiTheme="majorHAnsi" w:hAnsiTheme="majorHAnsi" w:cstheme="majorHAnsi"/>
                <w:b/>
                <w:bCs/>
                <w:color w:val="E36C0A" w:themeColor="accent6" w:themeShade="BF"/>
                <w:lang w:val="nl-NL"/>
              </w:rPr>
            </w:pPr>
            <w:r w:rsidRPr="008702C1">
              <w:rPr>
                <w:rFonts w:asciiTheme="majorHAnsi" w:hAnsiTheme="majorHAnsi" w:cstheme="majorHAnsi"/>
                <w:b/>
                <w:bCs/>
                <w:color w:val="E36C0A" w:themeColor="accent6" w:themeShade="BF"/>
                <w:lang w:val="nl-NL"/>
              </w:rPr>
              <w:t>Totaal</w:t>
            </w:r>
          </w:p>
        </w:tc>
        <w:tc>
          <w:tcPr>
            <w:tcW w:w="0" w:type="auto"/>
            <w:vAlign w:val="center"/>
            <w:hideMark/>
          </w:tcPr>
          <w:p w14:paraId="54C54E88" w14:textId="77777777" w:rsidR="008702C1" w:rsidRPr="008702C1" w:rsidRDefault="008702C1" w:rsidP="008702C1">
            <w:pPr>
              <w:pStyle w:val="Geenafstand"/>
              <w:rPr>
                <w:rFonts w:asciiTheme="majorHAnsi" w:hAnsiTheme="majorHAnsi" w:cstheme="majorHAnsi"/>
                <w:b/>
                <w:bCs/>
                <w:color w:val="E36C0A" w:themeColor="accent6" w:themeShade="BF"/>
                <w:lang w:val="nl-NL"/>
              </w:rPr>
            </w:pPr>
            <w:r w:rsidRPr="008702C1">
              <w:rPr>
                <w:rFonts w:asciiTheme="majorHAnsi" w:hAnsiTheme="majorHAnsi" w:cstheme="majorHAnsi"/>
                <w:b/>
                <w:bCs/>
                <w:color w:val="E36C0A" w:themeColor="accent6" w:themeShade="BF"/>
                <w:lang w:val="nl-NL"/>
              </w:rPr>
              <w:t>201</w:t>
            </w:r>
          </w:p>
        </w:tc>
      </w:tr>
    </w:tbl>
    <w:p w14:paraId="4B0BC279" w14:textId="77777777" w:rsidR="00186BD4" w:rsidRPr="00AD1A32" w:rsidRDefault="00186BD4" w:rsidP="00186BD4">
      <w:pPr>
        <w:pStyle w:val="Geenafstand"/>
        <w:rPr>
          <w:rFonts w:asciiTheme="majorHAnsi" w:hAnsiTheme="majorHAnsi" w:cstheme="majorHAnsi"/>
        </w:rPr>
      </w:pPr>
    </w:p>
    <w:p w14:paraId="68B652AC" w14:textId="18714EA0" w:rsidR="00186BD4" w:rsidRPr="00AD56E9" w:rsidRDefault="00186BD4" w:rsidP="00186BD4">
      <w:pPr>
        <w:pStyle w:val="Geenafstand"/>
        <w:rPr>
          <w:rFonts w:asciiTheme="majorHAnsi" w:hAnsiTheme="majorHAnsi" w:cstheme="majorHAnsi"/>
          <w:lang w:val="nl-NL"/>
        </w:rPr>
      </w:pPr>
      <w:r w:rsidRPr="00AD56E9">
        <w:rPr>
          <w:rFonts w:asciiTheme="majorHAnsi" w:hAnsiTheme="majorHAnsi" w:cstheme="majorHAnsi"/>
          <w:lang w:val="nl-NL"/>
        </w:rPr>
        <w:t xml:space="preserve">Naast de dieren die opgehaald worden door de dierenambulance is er ook afstand gedaan van een aantal dieren in het eerste kwartaal 2026. Er </w:t>
      </w:r>
      <w:r w:rsidR="00544225" w:rsidRPr="00AD56E9">
        <w:rPr>
          <w:rFonts w:asciiTheme="majorHAnsi" w:hAnsiTheme="majorHAnsi" w:cstheme="majorHAnsi"/>
          <w:lang w:val="nl-NL"/>
        </w:rPr>
        <w:t xml:space="preserve">zijn </w:t>
      </w:r>
      <w:r w:rsidR="009F1CD0" w:rsidRPr="00AD56E9">
        <w:rPr>
          <w:rFonts w:asciiTheme="majorHAnsi" w:hAnsiTheme="majorHAnsi" w:cstheme="majorHAnsi"/>
          <w:lang w:val="nl-NL"/>
        </w:rPr>
        <w:t>8</w:t>
      </w:r>
      <w:r w:rsidR="004C0B3B" w:rsidRPr="00AD56E9">
        <w:rPr>
          <w:rFonts w:asciiTheme="majorHAnsi" w:hAnsiTheme="majorHAnsi" w:cstheme="majorHAnsi"/>
          <w:lang w:val="nl-NL"/>
        </w:rPr>
        <w:t xml:space="preserve"> honden in de (langdurige) opvang gekomen waar wij ons best voor doen om nieuwe baasjes te vinden. </w:t>
      </w:r>
    </w:p>
    <w:p w14:paraId="6048128A" w14:textId="77777777" w:rsidR="00501F52" w:rsidRPr="00AD1A32" w:rsidRDefault="00501F52">
      <w:pPr>
        <w:rPr>
          <w:rFonts w:asciiTheme="majorHAnsi" w:hAnsiTheme="majorHAnsi" w:cstheme="majorHAnsi"/>
        </w:rPr>
      </w:pPr>
    </w:p>
    <w:p w14:paraId="47FC2800"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2F97691C"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7BCB5737" w14:textId="77777777" w:rsidR="0060655C" w:rsidRPr="00AD1A32" w:rsidRDefault="0060655C">
      <w:pPr>
        <w:rPr>
          <w:rFonts w:asciiTheme="majorHAnsi" w:hAnsiTheme="majorHAnsi" w:cstheme="majorHAnsi"/>
        </w:rPr>
      </w:pPr>
    </w:p>
    <w:p w14:paraId="534958C0" w14:textId="77777777" w:rsidR="0060655C" w:rsidRPr="00AD1A32" w:rsidRDefault="0060655C">
      <w:pPr>
        <w:rPr>
          <w:rFonts w:asciiTheme="majorHAnsi" w:hAnsiTheme="majorHAnsi" w:cstheme="majorHAnsi"/>
        </w:rPr>
      </w:pPr>
    </w:p>
    <w:p w14:paraId="02B582C0" w14:textId="77777777" w:rsidR="00D107BA" w:rsidRDefault="00D107BA">
      <w:pPr>
        <w:rPr>
          <w:rFonts w:asciiTheme="majorHAnsi" w:hAnsiTheme="majorHAnsi" w:cstheme="majorHAnsi"/>
          <w:b/>
          <w:bCs/>
          <w:color w:val="76923C" w:themeColor="accent3" w:themeShade="BF"/>
          <w:sz w:val="28"/>
          <w:szCs w:val="28"/>
        </w:rPr>
      </w:pPr>
    </w:p>
    <w:p w14:paraId="3D8E8CCB" w14:textId="77777777" w:rsidR="00D107BA" w:rsidRDefault="00D107BA">
      <w:pPr>
        <w:rPr>
          <w:rFonts w:asciiTheme="majorHAnsi" w:hAnsiTheme="majorHAnsi" w:cstheme="majorHAnsi"/>
          <w:b/>
          <w:bCs/>
          <w:color w:val="76923C" w:themeColor="accent3" w:themeShade="BF"/>
          <w:sz w:val="28"/>
          <w:szCs w:val="28"/>
        </w:rPr>
      </w:pPr>
    </w:p>
    <w:p w14:paraId="6EF22BD7" w14:textId="08659EED" w:rsidR="00501F52" w:rsidRPr="00CE7083" w:rsidRDefault="00587F41">
      <w:pPr>
        <w:rPr>
          <w:rFonts w:asciiTheme="majorHAnsi" w:hAnsiTheme="majorHAnsi" w:cstheme="majorHAnsi"/>
          <w:b/>
          <w:bCs/>
          <w:color w:val="76923C" w:themeColor="accent3" w:themeShade="BF"/>
          <w:sz w:val="28"/>
          <w:szCs w:val="28"/>
        </w:rPr>
      </w:pPr>
      <w:r w:rsidRPr="00CE7083">
        <w:rPr>
          <w:rFonts w:asciiTheme="majorHAnsi" w:hAnsiTheme="majorHAnsi" w:cstheme="majorHAnsi"/>
          <w:b/>
          <w:bCs/>
          <w:color w:val="76923C" w:themeColor="accent3" w:themeShade="BF"/>
          <w:sz w:val="28"/>
          <w:szCs w:val="28"/>
        </w:rPr>
        <w:lastRenderedPageBreak/>
        <w:t>Strat</w:t>
      </w:r>
      <w:r w:rsidR="00724692" w:rsidRPr="00CE7083">
        <w:rPr>
          <w:rFonts w:asciiTheme="majorHAnsi" w:hAnsiTheme="majorHAnsi" w:cstheme="majorHAnsi"/>
          <w:b/>
          <w:bCs/>
          <w:color w:val="76923C" w:themeColor="accent3" w:themeShade="BF"/>
          <w:sz w:val="28"/>
          <w:szCs w:val="28"/>
        </w:rPr>
        <w:t>egische p</w:t>
      </w:r>
      <w:r w:rsidRPr="00CE7083">
        <w:rPr>
          <w:rFonts w:asciiTheme="majorHAnsi" w:hAnsiTheme="majorHAnsi" w:cstheme="majorHAnsi"/>
          <w:b/>
          <w:bCs/>
          <w:color w:val="76923C" w:themeColor="accent3" w:themeShade="BF"/>
          <w:sz w:val="28"/>
          <w:szCs w:val="28"/>
        </w:rPr>
        <w:t>ij</w:t>
      </w:r>
      <w:r w:rsidR="00724692" w:rsidRPr="00CE7083">
        <w:rPr>
          <w:rFonts w:asciiTheme="majorHAnsi" w:hAnsiTheme="majorHAnsi" w:cstheme="majorHAnsi"/>
          <w:b/>
          <w:bCs/>
          <w:color w:val="76923C" w:themeColor="accent3" w:themeShade="BF"/>
          <w:sz w:val="28"/>
          <w:szCs w:val="28"/>
        </w:rPr>
        <w:t xml:space="preserve">lers </w:t>
      </w:r>
      <w:r w:rsidR="00CE7083" w:rsidRPr="00CE7083">
        <w:rPr>
          <w:rFonts w:asciiTheme="majorHAnsi" w:hAnsiTheme="majorHAnsi" w:cstheme="majorHAnsi"/>
          <w:b/>
          <w:bCs/>
          <w:color w:val="76923C" w:themeColor="accent3" w:themeShade="BF"/>
          <w:sz w:val="28"/>
          <w:szCs w:val="28"/>
        </w:rPr>
        <w:t>(1)</w:t>
      </w:r>
    </w:p>
    <w:p w14:paraId="6A6D1EF9" w14:textId="4DD4CD29" w:rsidR="00501F52" w:rsidRPr="00CE7083" w:rsidRDefault="00724692" w:rsidP="00CE7083">
      <w:pPr>
        <w:jc w:val="center"/>
        <w:rPr>
          <w:rFonts w:asciiTheme="majorHAnsi" w:hAnsiTheme="majorHAnsi" w:cstheme="majorHAnsi"/>
          <w:b/>
          <w:bCs/>
          <w:color w:val="76923C" w:themeColor="accent3" w:themeShade="BF"/>
          <w:sz w:val="32"/>
          <w:szCs w:val="32"/>
        </w:rPr>
      </w:pPr>
      <w:r w:rsidRPr="00CE7083">
        <w:rPr>
          <w:rFonts w:asciiTheme="majorHAnsi" w:hAnsiTheme="majorHAnsi" w:cstheme="majorHAnsi"/>
          <w:b/>
          <w:bCs/>
          <w:color w:val="76923C" w:themeColor="accent3" w:themeShade="BF"/>
          <w:sz w:val="32"/>
          <w:szCs w:val="32"/>
        </w:rPr>
        <w:t>Stabiele werkvloer</w:t>
      </w:r>
    </w:p>
    <w:p w14:paraId="70F2732C" w14:textId="64B22A8A" w:rsidR="00501F52" w:rsidRPr="00A46A21" w:rsidRDefault="00724692">
      <w:pPr>
        <w:rPr>
          <w:rFonts w:asciiTheme="majorHAnsi" w:hAnsiTheme="majorHAnsi" w:cstheme="majorHAnsi"/>
          <w:b/>
          <w:bCs/>
          <w:color w:val="E36C0A" w:themeColor="accent6" w:themeShade="BF"/>
        </w:rPr>
      </w:pPr>
      <w:r w:rsidRPr="00A46A21">
        <w:rPr>
          <w:rFonts w:asciiTheme="majorHAnsi" w:hAnsiTheme="majorHAnsi" w:cstheme="majorHAnsi"/>
          <w:b/>
          <w:bCs/>
          <w:color w:val="E36C0A" w:themeColor="accent6" w:themeShade="BF"/>
        </w:rPr>
        <w:t xml:space="preserve">Hoe ziet dit er uit?  </w:t>
      </w:r>
    </w:p>
    <w:p w14:paraId="1D587C90" w14:textId="0FB33E5E" w:rsidR="00501F52" w:rsidRPr="00AD1A32" w:rsidRDefault="00724692" w:rsidP="00587F41">
      <w:pPr>
        <w:pStyle w:val="Lijstalinea"/>
        <w:numPr>
          <w:ilvl w:val="0"/>
          <w:numId w:val="10"/>
        </w:numPr>
        <w:rPr>
          <w:rFonts w:asciiTheme="majorHAnsi" w:hAnsiTheme="majorHAnsi" w:cstheme="majorHAnsi"/>
        </w:rPr>
      </w:pPr>
      <w:r w:rsidRPr="00AD1A32">
        <w:rPr>
          <w:rFonts w:asciiTheme="majorHAnsi" w:hAnsiTheme="majorHAnsi" w:cstheme="majorHAnsi"/>
        </w:rPr>
        <w:t>Een stabiel personeels</w:t>
      </w:r>
      <w:r w:rsidR="00587F41" w:rsidRPr="00AD1A32">
        <w:rPr>
          <w:rFonts w:asciiTheme="majorHAnsi" w:hAnsiTheme="majorHAnsi" w:cstheme="majorHAnsi"/>
        </w:rPr>
        <w:t>-</w:t>
      </w:r>
      <w:r w:rsidRPr="00AD1A32">
        <w:rPr>
          <w:rFonts w:asciiTheme="majorHAnsi" w:hAnsiTheme="majorHAnsi" w:cstheme="majorHAnsi"/>
        </w:rPr>
        <w:t xml:space="preserve"> en</w:t>
      </w:r>
      <w:r w:rsidR="00587F41" w:rsidRPr="00AD1A32">
        <w:rPr>
          <w:rFonts w:asciiTheme="majorHAnsi" w:hAnsiTheme="majorHAnsi" w:cstheme="majorHAnsi"/>
        </w:rPr>
        <w:t xml:space="preserve"> </w:t>
      </w:r>
      <w:r w:rsidRPr="00AD1A32">
        <w:rPr>
          <w:rFonts w:asciiTheme="majorHAnsi" w:hAnsiTheme="majorHAnsi" w:cstheme="majorHAnsi"/>
        </w:rPr>
        <w:t>vrijwilligersbe</w:t>
      </w:r>
      <w:r w:rsidR="00587F41" w:rsidRPr="00AD1A32">
        <w:rPr>
          <w:rFonts w:asciiTheme="majorHAnsi" w:hAnsiTheme="majorHAnsi" w:cstheme="majorHAnsi"/>
        </w:rPr>
        <w:t>s</w:t>
      </w:r>
      <w:r w:rsidRPr="00AD1A32">
        <w:rPr>
          <w:rFonts w:asciiTheme="majorHAnsi" w:hAnsiTheme="majorHAnsi" w:cstheme="majorHAnsi"/>
        </w:rPr>
        <w:t>tand</w:t>
      </w:r>
      <w:r w:rsidR="00587F41" w:rsidRPr="00AD1A32">
        <w:rPr>
          <w:rFonts w:asciiTheme="majorHAnsi" w:hAnsiTheme="majorHAnsi" w:cstheme="majorHAnsi"/>
        </w:rPr>
        <w:t xml:space="preserve"> met een solide bestuur.</w:t>
      </w:r>
      <w:r w:rsidRPr="00AD1A32">
        <w:rPr>
          <w:rFonts w:asciiTheme="majorHAnsi" w:hAnsiTheme="majorHAnsi" w:cstheme="majorHAnsi"/>
        </w:rPr>
        <w:t xml:space="preserve"> </w:t>
      </w:r>
    </w:p>
    <w:p w14:paraId="0457470B" w14:textId="0981CABA" w:rsidR="001051A5" w:rsidRPr="00AD1A32" w:rsidRDefault="00724692" w:rsidP="001051A5">
      <w:pPr>
        <w:pStyle w:val="Lijstalinea"/>
        <w:numPr>
          <w:ilvl w:val="0"/>
          <w:numId w:val="10"/>
        </w:numPr>
        <w:rPr>
          <w:rFonts w:asciiTheme="majorHAnsi" w:hAnsiTheme="majorHAnsi" w:cstheme="majorHAnsi"/>
        </w:rPr>
      </w:pPr>
      <w:r w:rsidRPr="00AD1A32">
        <w:rPr>
          <w:rFonts w:asciiTheme="majorHAnsi" w:hAnsiTheme="majorHAnsi" w:cstheme="majorHAnsi"/>
        </w:rPr>
        <w:t xml:space="preserve">Een passende </w:t>
      </w:r>
      <w:proofErr w:type="spellStart"/>
      <w:r w:rsidRPr="00AD1A32">
        <w:rPr>
          <w:rFonts w:asciiTheme="majorHAnsi" w:hAnsiTheme="majorHAnsi" w:cstheme="majorHAnsi"/>
        </w:rPr>
        <w:t>workload</w:t>
      </w:r>
      <w:proofErr w:type="spellEnd"/>
      <w:r w:rsidRPr="00AD1A32">
        <w:rPr>
          <w:rFonts w:asciiTheme="majorHAnsi" w:hAnsiTheme="majorHAnsi" w:cstheme="majorHAnsi"/>
        </w:rPr>
        <w:t xml:space="preserve"> zonder risico op overbel</w:t>
      </w:r>
      <w:r w:rsidR="00587F41" w:rsidRPr="00AD1A32">
        <w:rPr>
          <w:rFonts w:asciiTheme="majorHAnsi" w:hAnsiTheme="majorHAnsi" w:cstheme="majorHAnsi"/>
        </w:rPr>
        <w:t>a</w:t>
      </w:r>
      <w:r w:rsidRPr="00AD1A32">
        <w:rPr>
          <w:rFonts w:asciiTheme="majorHAnsi" w:hAnsiTheme="majorHAnsi" w:cstheme="majorHAnsi"/>
        </w:rPr>
        <w:t xml:space="preserve">sting  </w:t>
      </w:r>
    </w:p>
    <w:p w14:paraId="61B00B92" w14:textId="6C043B0F" w:rsidR="001051A5" w:rsidRPr="00AD1A32" w:rsidRDefault="001051A5" w:rsidP="001051A5">
      <w:pPr>
        <w:pStyle w:val="Lijstalinea"/>
        <w:numPr>
          <w:ilvl w:val="0"/>
          <w:numId w:val="10"/>
        </w:numPr>
        <w:rPr>
          <w:rFonts w:asciiTheme="majorHAnsi" w:hAnsiTheme="majorHAnsi" w:cstheme="majorHAnsi"/>
        </w:rPr>
      </w:pPr>
      <w:r w:rsidRPr="00AD1A32">
        <w:rPr>
          <w:rFonts w:asciiTheme="majorHAnsi" w:hAnsiTheme="majorHAnsi" w:cstheme="majorHAnsi"/>
        </w:rPr>
        <w:t xml:space="preserve">Duidelijke verantwoordelijkheden en verwachtingen voor het team. </w:t>
      </w:r>
    </w:p>
    <w:p w14:paraId="37212ACD" w14:textId="07E69A88" w:rsidR="001051A5" w:rsidRPr="00AD1A32" w:rsidRDefault="00724692" w:rsidP="001051A5">
      <w:pPr>
        <w:pStyle w:val="Lijstalinea"/>
        <w:numPr>
          <w:ilvl w:val="0"/>
          <w:numId w:val="10"/>
        </w:numPr>
        <w:rPr>
          <w:rFonts w:asciiTheme="majorHAnsi" w:hAnsiTheme="majorHAnsi" w:cstheme="majorHAnsi"/>
        </w:rPr>
      </w:pPr>
      <w:r w:rsidRPr="00AD1A32">
        <w:rPr>
          <w:rFonts w:asciiTheme="majorHAnsi" w:hAnsiTheme="majorHAnsi" w:cstheme="majorHAnsi"/>
        </w:rPr>
        <w:t xml:space="preserve">Alle  (coördinatie)taken zijn gedekt </w:t>
      </w:r>
    </w:p>
    <w:p w14:paraId="56A73CCB" w14:textId="77777777" w:rsidR="008E3C6A" w:rsidRPr="00AD1A32" w:rsidRDefault="008E3C6A">
      <w:pPr>
        <w:rPr>
          <w:rFonts w:asciiTheme="majorHAnsi" w:hAnsiTheme="majorHAnsi" w:cstheme="majorHAnsi"/>
          <w:b/>
          <w:bCs/>
        </w:rPr>
      </w:pPr>
    </w:p>
    <w:p w14:paraId="3DCCCF7E" w14:textId="786F0888" w:rsidR="00501F52" w:rsidRPr="00A46A21" w:rsidRDefault="00724692">
      <w:pPr>
        <w:rPr>
          <w:rFonts w:asciiTheme="majorHAnsi" w:hAnsiTheme="majorHAnsi" w:cstheme="majorHAnsi"/>
          <w:b/>
          <w:bCs/>
          <w:color w:val="E36C0A" w:themeColor="accent6" w:themeShade="BF"/>
        </w:rPr>
      </w:pPr>
      <w:r w:rsidRPr="00A46A21">
        <w:rPr>
          <w:rFonts w:asciiTheme="majorHAnsi" w:hAnsiTheme="majorHAnsi" w:cstheme="majorHAnsi"/>
          <w:b/>
          <w:bCs/>
          <w:color w:val="E36C0A" w:themeColor="accent6" w:themeShade="BF"/>
        </w:rPr>
        <w:t xml:space="preserve">Wat gaan we doen om dit te bereiken </w:t>
      </w:r>
      <w:r w:rsidR="001051A5" w:rsidRPr="00A46A21">
        <w:rPr>
          <w:rFonts w:asciiTheme="majorHAnsi" w:hAnsiTheme="majorHAnsi" w:cstheme="majorHAnsi"/>
          <w:b/>
          <w:bCs/>
          <w:color w:val="E36C0A" w:themeColor="accent6" w:themeShade="BF"/>
        </w:rPr>
        <w:t>?</w:t>
      </w:r>
    </w:p>
    <w:p w14:paraId="0F353F6F" w14:textId="032FEB12" w:rsidR="00501F52" w:rsidRPr="00AD1A32" w:rsidRDefault="00DD2298" w:rsidP="001051A5">
      <w:pPr>
        <w:pStyle w:val="Lijstalinea"/>
        <w:numPr>
          <w:ilvl w:val="0"/>
          <w:numId w:val="11"/>
        </w:numPr>
        <w:rPr>
          <w:rFonts w:asciiTheme="majorHAnsi" w:hAnsiTheme="majorHAnsi" w:cstheme="majorHAnsi"/>
        </w:rPr>
      </w:pPr>
      <w:r w:rsidRPr="00AD1A32">
        <w:rPr>
          <w:rFonts w:asciiTheme="majorHAnsi" w:hAnsiTheme="majorHAnsi" w:cstheme="majorHAnsi"/>
        </w:rPr>
        <w:t>Functieprofielen: Herschrijven</w:t>
      </w:r>
      <w:r w:rsidR="001051A5" w:rsidRPr="00AD1A32">
        <w:rPr>
          <w:rFonts w:asciiTheme="majorHAnsi" w:hAnsiTheme="majorHAnsi" w:cstheme="majorHAnsi"/>
        </w:rPr>
        <w:t xml:space="preserve"> van de functieprofielen en arbeidscontracten. </w:t>
      </w:r>
    </w:p>
    <w:p w14:paraId="67FAB48D" w14:textId="017AA069" w:rsidR="001051A5" w:rsidRPr="00AD1A32" w:rsidRDefault="00DD2298" w:rsidP="001051A5">
      <w:pPr>
        <w:pStyle w:val="Lijstalinea"/>
        <w:numPr>
          <w:ilvl w:val="0"/>
          <w:numId w:val="11"/>
        </w:numPr>
        <w:rPr>
          <w:rFonts w:asciiTheme="majorHAnsi" w:hAnsiTheme="majorHAnsi" w:cstheme="majorHAnsi"/>
        </w:rPr>
      </w:pPr>
      <w:r w:rsidRPr="00AD1A32">
        <w:rPr>
          <w:rFonts w:asciiTheme="majorHAnsi" w:hAnsiTheme="majorHAnsi" w:cstheme="majorHAnsi"/>
        </w:rPr>
        <w:t xml:space="preserve">Personeelshandboek: </w:t>
      </w:r>
      <w:r w:rsidR="001051A5" w:rsidRPr="00AD1A32">
        <w:rPr>
          <w:rFonts w:asciiTheme="majorHAnsi" w:hAnsiTheme="majorHAnsi" w:cstheme="majorHAnsi"/>
        </w:rPr>
        <w:t xml:space="preserve">Er wordt een uitgebreid en duidelijk personeelshandboek geschreven waarin naast de gedragsregels voor het personeel ook een set aan werkinstructies en protocollen </w:t>
      </w:r>
      <w:r w:rsidRPr="00AD1A32">
        <w:rPr>
          <w:rFonts w:asciiTheme="majorHAnsi" w:hAnsiTheme="majorHAnsi" w:cstheme="majorHAnsi"/>
        </w:rPr>
        <w:t xml:space="preserve">zullen worden toegevoegd. </w:t>
      </w:r>
    </w:p>
    <w:p w14:paraId="59C17A38" w14:textId="05CB0E0B" w:rsidR="00DD2298" w:rsidRPr="00AD1A32" w:rsidRDefault="00DD2298" w:rsidP="001051A5">
      <w:pPr>
        <w:pStyle w:val="Lijstalinea"/>
        <w:numPr>
          <w:ilvl w:val="0"/>
          <w:numId w:val="11"/>
        </w:numPr>
        <w:rPr>
          <w:rFonts w:asciiTheme="majorHAnsi" w:hAnsiTheme="majorHAnsi" w:cstheme="majorHAnsi"/>
        </w:rPr>
      </w:pPr>
      <w:r w:rsidRPr="00AD1A32">
        <w:rPr>
          <w:rFonts w:asciiTheme="majorHAnsi" w:hAnsiTheme="majorHAnsi" w:cstheme="majorHAnsi"/>
        </w:rPr>
        <w:t>Alle taken goed onderbrengen: Er wordt bij de aanname van nieuw personeel of doorgroei van huidig personeel heel goed gekeken naar de capaciteiten van de medewerker en de positie binnen het team.</w:t>
      </w:r>
    </w:p>
    <w:p w14:paraId="05F47513" w14:textId="618F6F99" w:rsidR="00DD2298" w:rsidRPr="00AD1A32" w:rsidRDefault="00DD2298" w:rsidP="00DD2298">
      <w:pPr>
        <w:pStyle w:val="Lijstalinea"/>
        <w:numPr>
          <w:ilvl w:val="0"/>
          <w:numId w:val="11"/>
        </w:numPr>
        <w:rPr>
          <w:rFonts w:asciiTheme="majorHAnsi" w:hAnsiTheme="majorHAnsi" w:cstheme="majorHAnsi"/>
        </w:rPr>
      </w:pPr>
      <w:r w:rsidRPr="00AD1A32">
        <w:rPr>
          <w:rFonts w:asciiTheme="majorHAnsi" w:hAnsiTheme="majorHAnsi" w:cstheme="majorHAnsi"/>
        </w:rPr>
        <w:t xml:space="preserve">Beloning: Er wordt onderzocht in hoeverre het personeel, wat nu tegen het minimumloon werkt, door kan groeien en meer loon kan verdienen. Dit om goede medewerkers te kunnen behouden. </w:t>
      </w:r>
    </w:p>
    <w:p w14:paraId="0096A851" w14:textId="5B8CC089" w:rsidR="00501F52" w:rsidRPr="00AD1A32" w:rsidRDefault="00DD2298" w:rsidP="00DD2298">
      <w:pPr>
        <w:pStyle w:val="Lijstalinea"/>
        <w:numPr>
          <w:ilvl w:val="0"/>
          <w:numId w:val="11"/>
        </w:numPr>
        <w:rPr>
          <w:rFonts w:asciiTheme="majorHAnsi" w:hAnsiTheme="majorHAnsi" w:cstheme="majorHAnsi"/>
        </w:rPr>
      </w:pPr>
      <w:r w:rsidRPr="00AD1A32">
        <w:rPr>
          <w:rFonts w:asciiTheme="majorHAnsi" w:hAnsiTheme="majorHAnsi" w:cstheme="majorHAnsi"/>
        </w:rPr>
        <w:t xml:space="preserve">Vrijwilligers:  Het op peil houden van het aantal vrijwilligers is een uitdaging voor de komende jaren. Nieuwe vrijwilligers zullen op een verbeterde wijze worden  begeleid bij de start van hun werkzaamheden zodat zij een goede landing binnen het Dierenhuis maken en derhalve hopelijk lang(er) aanblijven. </w:t>
      </w:r>
    </w:p>
    <w:p w14:paraId="23389012" w14:textId="25606C17" w:rsidR="00D07A75" w:rsidRPr="00AD1A32" w:rsidRDefault="00D07A75" w:rsidP="00DD2298">
      <w:pPr>
        <w:pStyle w:val="Lijstalinea"/>
        <w:numPr>
          <w:ilvl w:val="0"/>
          <w:numId w:val="11"/>
        </w:numPr>
        <w:rPr>
          <w:rFonts w:asciiTheme="majorHAnsi" w:hAnsiTheme="majorHAnsi" w:cstheme="majorHAnsi"/>
        </w:rPr>
      </w:pPr>
      <w:r w:rsidRPr="00AD1A32">
        <w:rPr>
          <w:rFonts w:asciiTheme="majorHAnsi" w:hAnsiTheme="majorHAnsi" w:cstheme="majorHAnsi"/>
        </w:rPr>
        <w:t xml:space="preserve">Onderzoeken om vanuit het </w:t>
      </w:r>
      <w:r w:rsidR="00D7122C" w:rsidRPr="00AD1A32">
        <w:rPr>
          <w:rFonts w:asciiTheme="majorHAnsi" w:hAnsiTheme="majorHAnsi" w:cstheme="majorHAnsi"/>
        </w:rPr>
        <w:t xml:space="preserve">stabiele team bijzondere groepen van mensen met een arbeidsbeperking toe te voegen. </w:t>
      </w:r>
    </w:p>
    <w:p w14:paraId="693A27A4" w14:textId="77777777" w:rsidR="00DD2298" w:rsidRPr="00AD1A32" w:rsidRDefault="00DD2298">
      <w:pPr>
        <w:rPr>
          <w:rFonts w:asciiTheme="majorHAnsi" w:hAnsiTheme="majorHAnsi" w:cstheme="majorHAnsi"/>
        </w:rPr>
      </w:pPr>
    </w:p>
    <w:p w14:paraId="32053D28" w14:textId="77777777" w:rsidR="00540528" w:rsidRDefault="00724692">
      <w:pPr>
        <w:rPr>
          <w:rFonts w:asciiTheme="majorHAnsi" w:hAnsiTheme="majorHAnsi" w:cstheme="majorHAnsi"/>
        </w:rPr>
      </w:pPr>
      <w:r w:rsidRPr="00AD1A32">
        <w:rPr>
          <w:rFonts w:asciiTheme="majorHAnsi" w:hAnsiTheme="majorHAnsi" w:cstheme="majorHAnsi"/>
        </w:rPr>
        <w:t xml:space="preserve"> </w:t>
      </w:r>
    </w:p>
    <w:p w14:paraId="6AA64111" w14:textId="77777777" w:rsidR="00D107BA" w:rsidRDefault="00D107BA">
      <w:pPr>
        <w:rPr>
          <w:rFonts w:asciiTheme="majorHAnsi" w:hAnsiTheme="majorHAnsi" w:cstheme="majorHAnsi"/>
          <w:b/>
          <w:bCs/>
          <w:color w:val="76923C" w:themeColor="accent3" w:themeShade="BF"/>
          <w:sz w:val="28"/>
          <w:szCs w:val="28"/>
        </w:rPr>
      </w:pPr>
    </w:p>
    <w:p w14:paraId="350CE292" w14:textId="77777777" w:rsidR="00D107BA" w:rsidRDefault="00D107BA">
      <w:pPr>
        <w:rPr>
          <w:rFonts w:asciiTheme="majorHAnsi" w:hAnsiTheme="majorHAnsi" w:cstheme="majorHAnsi"/>
          <w:b/>
          <w:bCs/>
          <w:color w:val="76923C" w:themeColor="accent3" w:themeShade="BF"/>
          <w:sz w:val="28"/>
          <w:szCs w:val="28"/>
        </w:rPr>
      </w:pPr>
    </w:p>
    <w:p w14:paraId="6517DC27" w14:textId="77777777" w:rsidR="00D107BA" w:rsidRDefault="00D107BA">
      <w:pPr>
        <w:rPr>
          <w:rFonts w:asciiTheme="majorHAnsi" w:hAnsiTheme="majorHAnsi" w:cstheme="majorHAnsi"/>
          <w:b/>
          <w:bCs/>
          <w:color w:val="76923C" w:themeColor="accent3" w:themeShade="BF"/>
          <w:sz w:val="28"/>
          <w:szCs w:val="28"/>
        </w:rPr>
      </w:pPr>
    </w:p>
    <w:p w14:paraId="542ACC83" w14:textId="4A5CCC56" w:rsidR="00501F52" w:rsidRPr="00CE7083" w:rsidRDefault="00724692">
      <w:pPr>
        <w:rPr>
          <w:rFonts w:asciiTheme="majorHAnsi" w:hAnsiTheme="majorHAnsi" w:cstheme="majorHAnsi"/>
          <w:b/>
          <w:bCs/>
          <w:color w:val="76923C" w:themeColor="accent3" w:themeShade="BF"/>
          <w:sz w:val="28"/>
          <w:szCs w:val="28"/>
        </w:rPr>
      </w:pPr>
      <w:r w:rsidRPr="00CE7083">
        <w:rPr>
          <w:rFonts w:asciiTheme="majorHAnsi" w:hAnsiTheme="majorHAnsi" w:cstheme="majorHAnsi"/>
          <w:b/>
          <w:bCs/>
          <w:color w:val="76923C" w:themeColor="accent3" w:themeShade="BF"/>
          <w:sz w:val="28"/>
          <w:szCs w:val="28"/>
        </w:rPr>
        <w:lastRenderedPageBreak/>
        <w:t xml:space="preserve">Strategische pijlers </w:t>
      </w:r>
      <w:r w:rsidR="00CE7083" w:rsidRPr="00CE7083">
        <w:rPr>
          <w:rFonts w:asciiTheme="majorHAnsi" w:hAnsiTheme="majorHAnsi" w:cstheme="majorHAnsi"/>
          <w:b/>
          <w:bCs/>
          <w:color w:val="76923C" w:themeColor="accent3" w:themeShade="BF"/>
          <w:sz w:val="28"/>
          <w:szCs w:val="28"/>
        </w:rPr>
        <w:t>(2)</w:t>
      </w:r>
    </w:p>
    <w:p w14:paraId="1B62F24D" w14:textId="77777777" w:rsidR="00B85DC8" w:rsidRPr="00CE7083" w:rsidRDefault="00724692" w:rsidP="00CE7083">
      <w:pPr>
        <w:jc w:val="center"/>
        <w:rPr>
          <w:rFonts w:asciiTheme="majorHAnsi" w:hAnsiTheme="majorHAnsi" w:cstheme="majorHAnsi"/>
          <w:b/>
          <w:bCs/>
          <w:color w:val="76923C" w:themeColor="accent3" w:themeShade="BF"/>
          <w:sz w:val="32"/>
          <w:szCs w:val="32"/>
        </w:rPr>
      </w:pPr>
      <w:r w:rsidRPr="00CE7083">
        <w:rPr>
          <w:rFonts w:asciiTheme="majorHAnsi" w:hAnsiTheme="majorHAnsi" w:cstheme="majorHAnsi"/>
          <w:b/>
          <w:bCs/>
          <w:color w:val="76923C" w:themeColor="accent3" w:themeShade="BF"/>
          <w:sz w:val="32"/>
          <w:szCs w:val="32"/>
        </w:rPr>
        <w:t>Dier</w:t>
      </w:r>
      <w:r w:rsidR="00B85DC8" w:rsidRPr="00CE7083">
        <w:rPr>
          <w:rFonts w:asciiTheme="majorHAnsi" w:hAnsiTheme="majorHAnsi" w:cstheme="majorHAnsi"/>
          <w:b/>
          <w:bCs/>
          <w:color w:val="76923C" w:themeColor="accent3" w:themeShade="BF"/>
          <w:sz w:val="32"/>
          <w:szCs w:val="32"/>
        </w:rPr>
        <w:t>e</w:t>
      </w:r>
      <w:r w:rsidRPr="00CE7083">
        <w:rPr>
          <w:rFonts w:asciiTheme="majorHAnsi" w:hAnsiTheme="majorHAnsi" w:cstheme="majorHAnsi"/>
          <w:b/>
          <w:bCs/>
          <w:color w:val="76923C" w:themeColor="accent3" w:themeShade="BF"/>
          <w:sz w:val="32"/>
          <w:szCs w:val="32"/>
        </w:rPr>
        <w:t>nwelzijn</w:t>
      </w:r>
    </w:p>
    <w:p w14:paraId="1990A18B" w14:textId="5B4B3B28" w:rsidR="00501F52" w:rsidRPr="00A46A21" w:rsidRDefault="00724692">
      <w:pPr>
        <w:rPr>
          <w:rFonts w:asciiTheme="majorHAnsi" w:hAnsiTheme="majorHAnsi" w:cstheme="majorHAnsi"/>
          <w:b/>
          <w:bCs/>
          <w:color w:val="E36C0A" w:themeColor="accent6" w:themeShade="BF"/>
        </w:rPr>
      </w:pPr>
      <w:r w:rsidRPr="00A46A21">
        <w:rPr>
          <w:rFonts w:asciiTheme="majorHAnsi" w:hAnsiTheme="majorHAnsi" w:cstheme="majorHAnsi"/>
          <w:b/>
          <w:bCs/>
          <w:color w:val="E36C0A" w:themeColor="accent6" w:themeShade="BF"/>
        </w:rPr>
        <w:t xml:space="preserve">Hoe ziet dit er uit?  </w:t>
      </w:r>
    </w:p>
    <w:p w14:paraId="70A364A2" w14:textId="77777777" w:rsidR="00B85DC8" w:rsidRPr="00AD1A32" w:rsidRDefault="00724692" w:rsidP="00B85DC8">
      <w:pPr>
        <w:pStyle w:val="Lijstalinea"/>
        <w:numPr>
          <w:ilvl w:val="0"/>
          <w:numId w:val="12"/>
        </w:numPr>
        <w:rPr>
          <w:rFonts w:asciiTheme="majorHAnsi" w:hAnsiTheme="majorHAnsi" w:cstheme="majorHAnsi"/>
        </w:rPr>
      </w:pPr>
      <w:r w:rsidRPr="00AD1A32">
        <w:rPr>
          <w:rFonts w:asciiTheme="majorHAnsi" w:hAnsiTheme="majorHAnsi" w:cstheme="majorHAnsi"/>
        </w:rPr>
        <w:t>Dieren verblijven niet langer dan</w:t>
      </w:r>
      <w:r w:rsidR="00B85DC8" w:rsidRPr="00AD1A32">
        <w:rPr>
          <w:rFonts w:asciiTheme="majorHAnsi" w:hAnsiTheme="majorHAnsi" w:cstheme="majorHAnsi"/>
        </w:rPr>
        <w:t xml:space="preserve"> </w:t>
      </w:r>
      <w:r w:rsidRPr="00AD1A32">
        <w:rPr>
          <w:rFonts w:asciiTheme="majorHAnsi" w:hAnsiTheme="majorHAnsi" w:cstheme="majorHAnsi"/>
        </w:rPr>
        <w:t xml:space="preserve">noodzakelijk in de opvang  </w:t>
      </w:r>
    </w:p>
    <w:p w14:paraId="671CD3A2" w14:textId="77777777" w:rsidR="00B85DC8" w:rsidRPr="00AD1A32" w:rsidRDefault="00724692" w:rsidP="00B85DC8">
      <w:pPr>
        <w:pStyle w:val="Lijstalinea"/>
        <w:numPr>
          <w:ilvl w:val="0"/>
          <w:numId w:val="12"/>
        </w:numPr>
        <w:rPr>
          <w:rFonts w:asciiTheme="majorHAnsi" w:hAnsiTheme="majorHAnsi" w:cstheme="majorHAnsi"/>
        </w:rPr>
      </w:pPr>
      <w:r w:rsidRPr="00AD1A32">
        <w:rPr>
          <w:rFonts w:asciiTheme="majorHAnsi" w:hAnsiTheme="majorHAnsi" w:cstheme="majorHAnsi"/>
        </w:rPr>
        <w:t>Voorkomen van</w:t>
      </w:r>
      <w:r w:rsidR="00B85DC8" w:rsidRPr="00AD1A32">
        <w:rPr>
          <w:rFonts w:asciiTheme="majorHAnsi" w:hAnsiTheme="majorHAnsi" w:cstheme="majorHAnsi"/>
        </w:rPr>
        <w:t xml:space="preserve"> </w:t>
      </w:r>
      <w:r w:rsidRPr="00AD1A32">
        <w:rPr>
          <w:rFonts w:asciiTheme="majorHAnsi" w:hAnsiTheme="majorHAnsi" w:cstheme="majorHAnsi"/>
        </w:rPr>
        <w:t>uitbraken van</w:t>
      </w:r>
      <w:r w:rsidR="00B85DC8" w:rsidRPr="00AD1A32">
        <w:rPr>
          <w:rFonts w:asciiTheme="majorHAnsi" w:hAnsiTheme="majorHAnsi" w:cstheme="majorHAnsi"/>
        </w:rPr>
        <w:t xml:space="preserve"> </w:t>
      </w:r>
      <w:r w:rsidRPr="00AD1A32">
        <w:rPr>
          <w:rFonts w:asciiTheme="majorHAnsi" w:hAnsiTheme="majorHAnsi" w:cstheme="majorHAnsi"/>
        </w:rPr>
        <w:t>besm</w:t>
      </w:r>
      <w:r w:rsidR="00B85DC8" w:rsidRPr="00AD1A32">
        <w:rPr>
          <w:rFonts w:asciiTheme="majorHAnsi" w:hAnsiTheme="majorHAnsi" w:cstheme="majorHAnsi"/>
        </w:rPr>
        <w:t>e</w:t>
      </w:r>
      <w:r w:rsidRPr="00AD1A32">
        <w:rPr>
          <w:rFonts w:asciiTheme="majorHAnsi" w:hAnsiTheme="majorHAnsi" w:cstheme="majorHAnsi"/>
        </w:rPr>
        <w:t xml:space="preserve">ttelijke ziekten </w:t>
      </w:r>
    </w:p>
    <w:p w14:paraId="2C2CE82E" w14:textId="77777777" w:rsidR="00B85DC8" w:rsidRPr="00AD1A32" w:rsidRDefault="00724692"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 Juiste afstemming tussen </w:t>
      </w:r>
      <w:r w:rsidR="00B85DC8" w:rsidRPr="00AD1A32">
        <w:rPr>
          <w:rFonts w:asciiTheme="majorHAnsi" w:hAnsiTheme="majorHAnsi" w:cstheme="majorHAnsi"/>
        </w:rPr>
        <w:t xml:space="preserve">personeel </w:t>
      </w:r>
      <w:r w:rsidRPr="00AD1A32">
        <w:rPr>
          <w:rFonts w:asciiTheme="majorHAnsi" w:hAnsiTheme="majorHAnsi" w:cstheme="majorHAnsi"/>
        </w:rPr>
        <w:t>en dierenarts</w:t>
      </w:r>
    </w:p>
    <w:p w14:paraId="2C92F3E4" w14:textId="77777777" w:rsidR="00B85DC8" w:rsidRPr="00AD1A32" w:rsidRDefault="00724692"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 G</w:t>
      </w:r>
      <w:r w:rsidR="00B85DC8" w:rsidRPr="00AD1A32">
        <w:rPr>
          <w:rFonts w:asciiTheme="majorHAnsi" w:hAnsiTheme="majorHAnsi" w:cstheme="majorHAnsi"/>
        </w:rPr>
        <w:t>o</w:t>
      </w:r>
      <w:r w:rsidRPr="00AD1A32">
        <w:rPr>
          <w:rFonts w:asciiTheme="majorHAnsi" w:hAnsiTheme="majorHAnsi" w:cstheme="majorHAnsi"/>
        </w:rPr>
        <w:t>ede triage voor zwerfdieren</w:t>
      </w:r>
    </w:p>
    <w:p w14:paraId="3C12E776" w14:textId="7DECD0FB" w:rsidR="00B85DC8" w:rsidRPr="00AD1A32" w:rsidRDefault="00B85DC8"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 Duidelijk beleid</w:t>
      </w:r>
      <w:r w:rsidR="000A4127" w:rsidRPr="00AD1A32">
        <w:rPr>
          <w:rFonts w:asciiTheme="majorHAnsi" w:hAnsiTheme="majorHAnsi" w:cstheme="majorHAnsi"/>
        </w:rPr>
        <w:t xml:space="preserve"> </w:t>
      </w:r>
      <w:r w:rsidR="00573660" w:rsidRPr="00AD1A32">
        <w:rPr>
          <w:rFonts w:asciiTheme="majorHAnsi" w:hAnsiTheme="majorHAnsi" w:cstheme="majorHAnsi"/>
        </w:rPr>
        <w:t>ontwikkelen rondom</w:t>
      </w:r>
      <w:r w:rsidRPr="00AD1A32">
        <w:rPr>
          <w:rFonts w:asciiTheme="majorHAnsi" w:hAnsiTheme="majorHAnsi" w:cstheme="majorHAnsi"/>
        </w:rPr>
        <w:t xml:space="preserve"> TNRC </w:t>
      </w:r>
      <w:r w:rsidR="00B476BB" w:rsidRPr="00AD1A32">
        <w:rPr>
          <w:rFonts w:asciiTheme="majorHAnsi" w:hAnsiTheme="majorHAnsi" w:cstheme="majorHAnsi"/>
        </w:rPr>
        <w:t>en financiering</w:t>
      </w:r>
    </w:p>
    <w:p w14:paraId="67161DC1" w14:textId="1BA047F2" w:rsidR="00501F52" w:rsidRPr="00AD1A32" w:rsidRDefault="00B85DC8"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 </w:t>
      </w:r>
      <w:r w:rsidR="007F4D03" w:rsidRPr="00AD1A32">
        <w:rPr>
          <w:rFonts w:asciiTheme="majorHAnsi" w:hAnsiTheme="majorHAnsi" w:cstheme="majorHAnsi"/>
        </w:rPr>
        <w:t>Verbeterde huisvesting voor de dieren.</w:t>
      </w:r>
    </w:p>
    <w:p w14:paraId="58380520" w14:textId="6EED8119" w:rsidR="00B85DC8" w:rsidRPr="00AD1A32" w:rsidRDefault="008A0E5B"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Meer persoonlijke aandacht voor de dieren en </w:t>
      </w:r>
      <w:r w:rsidR="00EF7271" w:rsidRPr="00AD1A32">
        <w:rPr>
          <w:rFonts w:asciiTheme="majorHAnsi" w:hAnsiTheme="majorHAnsi" w:cstheme="majorHAnsi"/>
        </w:rPr>
        <w:t>stress bij de dieren verminderen</w:t>
      </w:r>
    </w:p>
    <w:p w14:paraId="30367B15" w14:textId="4EB39446" w:rsidR="00C53F99" w:rsidRPr="00AD1A32" w:rsidRDefault="00C53F99" w:rsidP="00B85DC8">
      <w:pPr>
        <w:pStyle w:val="Lijstalinea"/>
        <w:numPr>
          <w:ilvl w:val="0"/>
          <w:numId w:val="12"/>
        </w:numPr>
        <w:rPr>
          <w:rFonts w:asciiTheme="majorHAnsi" w:hAnsiTheme="majorHAnsi" w:cstheme="majorHAnsi"/>
        </w:rPr>
      </w:pPr>
      <w:r w:rsidRPr="00AD1A32">
        <w:rPr>
          <w:rFonts w:asciiTheme="majorHAnsi" w:hAnsiTheme="majorHAnsi" w:cstheme="majorHAnsi"/>
        </w:rPr>
        <w:t xml:space="preserve">Keurmerk NFDO behalen en </w:t>
      </w:r>
      <w:r w:rsidR="004B2E1B" w:rsidRPr="00AD1A32">
        <w:rPr>
          <w:rFonts w:asciiTheme="majorHAnsi" w:hAnsiTheme="majorHAnsi" w:cstheme="majorHAnsi"/>
        </w:rPr>
        <w:t>behouden</w:t>
      </w:r>
    </w:p>
    <w:p w14:paraId="64B2726A" w14:textId="77777777" w:rsidR="00F42936" w:rsidRPr="00A46A21" w:rsidRDefault="00724692">
      <w:pPr>
        <w:rPr>
          <w:rFonts w:asciiTheme="majorHAnsi" w:hAnsiTheme="majorHAnsi" w:cstheme="majorHAnsi"/>
          <w:b/>
          <w:bCs/>
          <w:color w:val="E36C0A" w:themeColor="accent6" w:themeShade="BF"/>
        </w:rPr>
      </w:pPr>
      <w:r w:rsidRPr="00A46A21">
        <w:rPr>
          <w:rFonts w:asciiTheme="majorHAnsi" w:hAnsiTheme="majorHAnsi" w:cstheme="majorHAnsi"/>
          <w:b/>
          <w:bCs/>
          <w:color w:val="E36C0A" w:themeColor="accent6" w:themeShade="BF"/>
        </w:rPr>
        <w:t>Wat gaan we doen om dit te bereiken</w:t>
      </w:r>
      <w:r w:rsidR="00D37A6A" w:rsidRPr="00A46A21">
        <w:rPr>
          <w:rFonts w:asciiTheme="majorHAnsi" w:hAnsiTheme="majorHAnsi" w:cstheme="majorHAnsi"/>
          <w:b/>
          <w:bCs/>
          <w:color w:val="E36C0A" w:themeColor="accent6" w:themeShade="BF"/>
        </w:rPr>
        <w:t>?</w:t>
      </w:r>
    </w:p>
    <w:p w14:paraId="5F545F43" w14:textId="020A8E97" w:rsidR="00543D97" w:rsidRPr="00AD1A32" w:rsidRDefault="00724692" w:rsidP="00543D97">
      <w:pPr>
        <w:pStyle w:val="Lijstalinea"/>
        <w:numPr>
          <w:ilvl w:val="0"/>
          <w:numId w:val="12"/>
        </w:numPr>
        <w:rPr>
          <w:rFonts w:asciiTheme="majorHAnsi" w:hAnsiTheme="majorHAnsi" w:cstheme="majorHAnsi"/>
          <w:b/>
          <w:bCs/>
        </w:rPr>
      </w:pPr>
      <w:r w:rsidRPr="00AD1A32">
        <w:rPr>
          <w:rFonts w:asciiTheme="majorHAnsi" w:hAnsiTheme="majorHAnsi" w:cstheme="majorHAnsi"/>
        </w:rPr>
        <w:t>Opstellen duidelijk TNRC beleid (Trap-</w:t>
      </w:r>
      <w:proofErr w:type="spellStart"/>
      <w:r w:rsidRPr="00AD1A32">
        <w:rPr>
          <w:rFonts w:asciiTheme="majorHAnsi" w:hAnsiTheme="majorHAnsi" w:cstheme="majorHAnsi"/>
        </w:rPr>
        <w:t>Neuter</w:t>
      </w:r>
      <w:proofErr w:type="spellEnd"/>
      <w:r w:rsidRPr="00AD1A32">
        <w:rPr>
          <w:rFonts w:asciiTheme="majorHAnsi" w:hAnsiTheme="majorHAnsi" w:cstheme="majorHAnsi"/>
        </w:rPr>
        <w:t>-Return-Care)</w:t>
      </w:r>
      <w:r w:rsidR="00F42936" w:rsidRPr="00AD1A32">
        <w:rPr>
          <w:rFonts w:asciiTheme="majorHAnsi" w:hAnsiTheme="majorHAnsi" w:cstheme="majorHAnsi"/>
        </w:rPr>
        <w:t xml:space="preserve"> en duidelijk</w:t>
      </w:r>
      <w:r w:rsidR="00543D97" w:rsidRPr="00AD1A32">
        <w:rPr>
          <w:rFonts w:asciiTheme="majorHAnsi" w:hAnsiTheme="majorHAnsi" w:cstheme="majorHAnsi"/>
        </w:rPr>
        <w:t xml:space="preserve"> afspraken maken met</w:t>
      </w:r>
      <w:r w:rsidR="004B2E1B" w:rsidRPr="00AD1A32">
        <w:rPr>
          <w:rFonts w:asciiTheme="majorHAnsi" w:hAnsiTheme="majorHAnsi" w:cstheme="majorHAnsi"/>
        </w:rPr>
        <w:t xml:space="preserve"> gemeente en</w:t>
      </w:r>
      <w:r w:rsidR="00543D97" w:rsidRPr="00AD1A32">
        <w:rPr>
          <w:rFonts w:asciiTheme="majorHAnsi" w:hAnsiTheme="majorHAnsi" w:cstheme="majorHAnsi"/>
        </w:rPr>
        <w:t xml:space="preserve"> andere organisaties</w:t>
      </w:r>
      <w:r w:rsidRPr="00AD1A32">
        <w:rPr>
          <w:rFonts w:asciiTheme="majorHAnsi" w:hAnsiTheme="majorHAnsi" w:cstheme="majorHAnsi"/>
        </w:rPr>
        <w:t xml:space="preserve">. </w:t>
      </w:r>
    </w:p>
    <w:p w14:paraId="48E198D5" w14:textId="5534D2BA" w:rsidR="00B805A0" w:rsidRPr="00AD1A32" w:rsidRDefault="00FA6C50" w:rsidP="00543D97">
      <w:pPr>
        <w:pStyle w:val="Lijstalinea"/>
        <w:numPr>
          <w:ilvl w:val="0"/>
          <w:numId w:val="12"/>
        </w:numPr>
        <w:rPr>
          <w:rFonts w:asciiTheme="majorHAnsi" w:hAnsiTheme="majorHAnsi" w:cstheme="majorHAnsi"/>
          <w:b/>
          <w:bCs/>
        </w:rPr>
      </w:pPr>
      <w:r w:rsidRPr="00AD1A32">
        <w:rPr>
          <w:rFonts w:asciiTheme="majorHAnsi" w:hAnsiTheme="majorHAnsi" w:cstheme="majorHAnsi"/>
        </w:rPr>
        <w:t>(</w:t>
      </w:r>
      <w:r w:rsidR="00724692" w:rsidRPr="00AD1A32">
        <w:rPr>
          <w:rFonts w:asciiTheme="majorHAnsi" w:hAnsiTheme="majorHAnsi" w:cstheme="majorHAnsi"/>
        </w:rPr>
        <w:t>Meer inzicht in binnenhalen versus buiten laten d.m.v. o.a. opleiden</w:t>
      </w:r>
      <w:r w:rsidR="00D37A6A" w:rsidRPr="00AD1A32">
        <w:rPr>
          <w:rFonts w:asciiTheme="majorHAnsi" w:hAnsiTheme="majorHAnsi" w:cstheme="majorHAnsi"/>
        </w:rPr>
        <w:t xml:space="preserve"> </w:t>
      </w:r>
      <w:r w:rsidR="00724692" w:rsidRPr="00AD1A32">
        <w:rPr>
          <w:rFonts w:asciiTheme="majorHAnsi" w:hAnsiTheme="majorHAnsi" w:cstheme="majorHAnsi"/>
        </w:rPr>
        <w:t>ambulancevrijwilligers en inzetten van belbandjes.</w:t>
      </w:r>
      <w:r w:rsidRPr="00AD1A32">
        <w:rPr>
          <w:rFonts w:asciiTheme="majorHAnsi" w:hAnsiTheme="majorHAnsi" w:cstheme="majorHAnsi"/>
        </w:rPr>
        <w:t>)</w:t>
      </w:r>
      <w:r w:rsidR="00724692" w:rsidRPr="00AD1A32">
        <w:rPr>
          <w:rFonts w:asciiTheme="majorHAnsi" w:hAnsiTheme="majorHAnsi" w:cstheme="majorHAnsi"/>
        </w:rPr>
        <w:t xml:space="preserve"> </w:t>
      </w:r>
    </w:p>
    <w:p w14:paraId="060D7310" w14:textId="70FEB1B0" w:rsidR="00501F52" w:rsidRPr="00AD1A32" w:rsidRDefault="00724692" w:rsidP="006D437B">
      <w:pPr>
        <w:pStyle w:val="Lijstalinea"/>
        <w:numPr>
          <w:ilvl w:val="0"/>
          <w:numId w:val="12"/>
        </w:numPr>
        <w:rPr>
          <w:rFonts w:asciiTheme="majorHAnsi" w:hAnsiTheme="majorHAnsi" w:cstheme="majorHAnsi"/>
        </w:rPr>
      </w:pPr>
      <w:r w:rsidRPr="00AD1A32">
        <w:rPr>
          <w:rFonts w:asciiTheme="majorHAnsi" w:hAnsiTheme="majorHAnsi" w:cstheme="majorHAnsi"/>
        </w:rPr>
        <w:t xml:space="preserve">Bij dieren waarvan het onbekend is of zij een eigenaar hebben, wordt </w:t>
      </w:r>
      <w:r w:rsidR="00B805A0" w:rsidRPr="00AD1A32">
        <w:rPr>
          <w:rFonts w:asciiTheme="majorHAnsi" w:hAnsiTheme="majorHAnsi" w:cstheme="majorHAnsi"/>
        </w:rPr>
        <w:t>in</w:t>
      </w:r>
      <w:r w:rsidRPr="00AD1A32">
        <w:rPr>
          <w:rFonts w:asciiTheme="majorHAnsi" w:hAnsiTheme="majorHAnsi" w:cstheme="majorHAnsi"/>
        </w:rPr>
        <w:t xml:space="preserve"> eerste</w:t>
      </w:r>
      <w:r w:rsidR="00B805A0" w:rsidRPr="00AD1A32">
        <w:rPr>
          <w:rFonts w:asciiTheme="majorHAnsi" w:hAnsiTheme="majorHAnsi" w:cstheme="majorHAnsi"/>
        </w:rPr>
        <w:t xml:space="preserve"> </w:t>
      </w:r>
      <w:r w:rsidRPr="00AD1A32">
        <w:rPr>
          <w:rFonts w:asciiTheme="majorHAnsi" w:hAnsiTheme="majorHAnsi" w:cstheme="majorHAnsi"/>
        </w:rPr>
        <w:t xml:space="preserve"> instantie alleen eerste hulp verleend.  Deze dieren worden pijnvrij en comfortabel opgenomen, in afwachting van een mogelijke eigenaar. Als een eigenaar zich meldt,  draagt het Dierenhuis het dier weer</w:t>
      </w:r>
      <w:r w:rsidR="00B805A0" w:rsidRPr="00AD1A32">
        <w:rPr>
          <w:rFonts w:asciiTheme="majorHAnsi" w:hAnsiTheme="majorHAnsi" w:cstheme="majorHAnsi"/>
        </w:rPr>
        <w:t xml:space="preserve"> </w:t>
      </w:r>
      <w:r w:rsidRPr="00AD1A32">
        <w:rPr>
          <w:rFonts w:asciiTheme="majorHAnsi" w:hAnsiTheme="majorHAnsi" w:cstheme="majorHAnsi"/>
        </w:rPr>
        <w:t>over. Wanneer er geen</w:t>
      </w:r>
      <w:r w:rsidR="00B805A0" w:rsidRPr="00AD1A32">
        <w:rPr>
          <w:rFonts w:asciiTheme="majorHAnsi" w:hAnsiTheme="majorHAnsi" w:cstheme="majorHAnsi"/>
        </w:rPr>
        <w:t xml:space="preserve"> </w:t>
      </w:r>
      <w:r w:rsidRPr="00AD1A32">
        <w:rPr>
          <w:rFonts w:asciiTheme="majorHAnsi" w:hAnsiTheme="majorHAnsi" w:cstheme="majorHAnsi"/>
        </w:rPr>
        <w:t xml:space="preserve">eigenaar gevonden  wordt,  zal het Dierenhuis in overleg </w:t>
      </w:r>
      <w:r w:rsidR="008712EC" w:rsidRPr="00AD1A32">
        <w:rPr>
          <w:rFonts w:asciiTheme="majorHAnsi" w:hAnsiTheme="majorHAnsi" w:cstheme="majorHAnsi"/>
        </w:rPr>
        <w:t>m</w:t>
      </w:r>
      <w:r w:rsidRPr="00AD1A32">
        <w:rPr>
          <w:rFonts w:asciiTheme="majorHAnsi" w:hAnsiTheme="majorHAnsi" w:cstheme="majorHAnsi"/>
        </w:rPr>
        <w:t>et de dierenarts de beschikbare opties voor  het dier</w:t>
      </w:r>
      <w:r w:rsidR="008712EC" w:rsidRPr="00AD1A32">
        <w:rPr>
          <w:rFonts w:asciiTheme="majorHAnsi" w:hAnsiTheme="majorHAnsi" w:cstheme="majorHAnsi"/>
        </w:rPr>
        <w:t xml:space="preserve"> </w:t>
      </w:r>
      <w:r w:rsidRPr="00AD1A32">
        <w:rPr>
          <w:rFonts w:asciiTheme="majorHAnsi" w:hAnsiTheme="majorHAnsi" w:cstheme="majorHAnsi"/>
        </w:rPr>
        <w:t>bespreken. De dierenarts en de</w:t>
      </w:r>
      <w:r w:rsidR="008712EC" w:rsidRPr="00AD1A32">
        <w:rPr>
          <w:rFonts w:asciiTheme="majorHAnsi" w:hAnsiTheme="majorHAnsi" w:cstheme="majorHAnsi"/>
        </w:rPr>
        <w:t xml:space="preserve"> </w:t>
      </w:r>
      <w:r w:rsidRPr="00AD1A32">
        <w:rPr>
          <w:rFonts w:asciiTheme="majorHAnsi" w:hAnsiTheme="majorHAnsi" w:cstheme="majorHAnsi"/>
        </w:rPr>
        <w:t>teamleider van het Dierenhuis zullen</w:t>
      </w:r>
      <w:r w:rsidR="008712EC" w:rsidRPr="00AD1A32">
        <w:rPr>
          <w:rFonts w:asciiTheme="majorHAnsi" w:hAnsiTheme="majorHAnsi" w:cstheme="majorHAnsi"/>
        </w:rPr>
        <w:t xml:space="preserve"> </w:t>
      </w:r>
      <w:r w:rsidRPr="00AD1A32">
        <w:rPr>
          <w:rFonts w:asciiTheme="majorHAnsi" w:hAnsiTheme="majorHAnsi" w:cstheme="majorHAnsi"/>
        </w:rPr>
        <w:t>gezamenlijk een plan van aanpak opstellen, waarbij de uiteindelijke</w:t>
      </w:r>
      <w:r w:rsidR="006D437B" w:rsidRPr="00AD1A32">
        <w:rPr>
          <w:rFonts w:asciiTheme="majorHAnsi" w:hAnsiTheme="majorHAnsi" w:cstheme="majorHAnsi"/>
        </w:rPr>
        <w:t xml:space="preserve"> </w:t>
      </w:r>
      <w:r w:rsidRPr="00AD1A32">
        <w:rPr>
          <w:rFonts w:asciiTheme="majorHAnsi" w:hAnsiTheme="majorHAnsi" w:cstheme="majorHAnsi"/>
        </w:rPr>
        <w:t>beslissing voor medisch handelen bij de dierenarts ligt.</w:t>
      </w:r>
    </w:p>
    <w:p w14:paraId="1FE17447" w14:textId="0F8130BD" w:rsidR="006D437B" w:rsidRPr="00AD1A32" w:rsidRDefault="00297CFC" w:rsidP="006D437B">
      <w:pPr>
        <w:pStyle w:val="Lijstalinea"/>
        <w:numPr>
          <w:ilvl w:val="0"/>
          <w:numId w:val="12"/>
        </w:numPr>
        <w:rPr>
          <w:rFonts w:asciiTheme="majorHAnsi" w:hAnsiTheme="majorHAnsi" w:cstheme="majorHAnsi"/>
        </w:rPr>
      </w:pPr>
      <w:r w:rsidRPr="00AD1A32">
        <w:rPr>
          <w:rFonts w:asciiTheme="majorHAnsi" w:hAnsiTheme="majorHAnsi" w:cstheme="majorHAnsi"/>
        </w:rPr>
        <w:t xml:space="preserve">Er worden uitgebreide profielen geschetst van de dieren. De dieren worden zo snel als (wettelijk) mogelijk geadverteerd op </w:t>
      </w:r>
      <w:proofErr w:type="spellStart"/>
      <w:r w:rsidRPr="00AD1A32">
        <w:rPr>
          <w:rFonts w:asciiTheme="majorHAnsi" w:hAnsiTheme="majorHAnsi" w:cstheme="majorHAnsi"/>
        </w:rPr>
        <w:t>social</w:t>
      </w:r>
      <w:proofErr w:type="spellEnd"/>
      <w:r w:rsidRPr="00AD1A32">
        <w:rPr>
          <w:rFonts w:asciiTheme="majorHAnsi" w:hAnsiTheme="majorHAnsi" w:cstheme="majorHAnsi"/>
        </w:rPr>
        <w:t xml:space="preserve"> media</w:t>
      </w:r>
      <w:r w:rsidR="00045250" w:rsidRPr="00AD1A32">
        <w:rPr>
          <w:rFonts w:asciiTheme="majorHAnsi" w:hAnsiTheme="majorHAnsi" w:cstheme="majorHAnsi"/>
        </w:rPr>
        <w:t xml:space="preserve"> en </w:t>
      </w:r>
      <w:r w:rsidR="00590E72" w:rsidRPr="00AD1A32">
        <w:rPr>
          <w:rFonts w:asciiTheme="majorHAnsi" w:hAnsiTheme="majorHAnsi" w:cstheme="majorHAnsi"/>
        </w:rPr>
        <w:t xml:space="preserve">de </w:t>
      </w:r>
      <w:r w:rsidR="00045250" w:rsidRPr="00AD1A32">
        <w:rPr>
          <w:rFonts w:asciiTheme="majorHAnsi" w:hAnsiTheme="majorHAnsi" w:cstheme="majorHAnsi"/>
        </w:rPr>
        <w:t>website</w:t>
      </w:r>
      <w:r w:rsidRPr="00AD1A32">
        <w:rPr>
          <w:rFonts w:asciiTheme="majorHAnsi" w:hAnsiTheme="majorHAnsi" w:cstheme="majorHAnsi"/>
        </w:rPr>
        <w:t xml:space="preserve"> om de verblijfsduur in het asiel zo kort mogelijk te maken. </w:t>
      </w:r>
    </w:p>
    <w:p w14:paraId="31A1956A" w14:textId="6E2F027E" w:rsidR="00297CFC" w:rsidRPr="00AD1A32" w:rsidRDefault="004D5577" w:rsidP="006D437B">
      <w:pPr>
        <w:pStyle w:val="Lijstalinea"/>
        <w:numPr>
          <w:ilvl w:val="0"/>
          <w:numId w:val="12"/>
        </w:numPr>
        <w:rPr>
          <w:rFonts w:asciiTheme="majorHAnsi" w:hAnsiTheme="majorHAnsi" w:cstheme="majorHAnsi"/>
        </w:rPr>
      </w:pPr>
      <w:r w:rsidRPr="00AD1A32">
        <w:rPr>
          <w:rFonts w:asciiTheme="majorHAnsi" w:hAnsiTheme="majorHAnsi" w:cstheme="majorHAnsi"/>
        </w:rPr>
        <w:t>Personeel en vrijwilligers krijgen duidelijk door waar zij op moeten letten</w:t>
      </w:r>
      <w:r w:rsidR="00322302" w:rsidRPr="00AD1A32">
        <w:rPr>
          <w:rFonts w:asciiTheme="majorHAnsi" w:hAnsiTheme="majorHAnsi" w:cstheme="majorHAnsi"/>
        </w:rPr>
        <w:t xml:space="preserve"> qua dierenwelzijn en gestimuleerd hier verbeteringen in aan te brengen.</w:t>
      </w:r>
    </w:p>
    <w:p w14:paraId="422241D9" w14:textId="3082DE7B" w:rsidR="007F4D03" w:rsidRPr="00AD1A32" w:rsidRDefault="007F4D03" w:rsidP="006D437B">
      <w:pPr>
        <w:pStyle w:val="Lijstalinea"/>
        <w:numPr>
          <w:ilvl w:val="0"/>
          <w:numId w:val="12"/>
        </w:numPr>
        <w:rPr>
          <w:rFonts w:asciiTheme="majorHAnsi" w:hAnsiTheme="majorHAnsi" w:cstheme="majorHAnsi"/>
        </w:rPr>
      </w:pPr>
      <w:r w:rsidRPr="00AD1A32">
        <w:rPr>
          <w:rFonts w:asciiTheme="majorHAnsi" w:hAnsiTheme="majorHAnsi" w:cstheme="majorHAnsi"/>
        </w:rPr>
        <w:t xml:space="preserve">Verbouwingen van </w:t>
      </w:r>
      <w:r w:rsidR="0022439E" w:rsidRPr="00AD1A32">
        <w:rPr>
          <w:rFonts w:asciiTheme="majorHAnsi" w:hAnsiTheme="majorHAnsi" w:cstheme="majorHAnsi"/>
        </w:rPr>
        <w:t>kennels en buitenruimte ter bevordering van het welzijn van de dieren.</w:t>
      </w:r>
    </w:p>
    <w:p w14:paraId="636ABBC7" w14:textId="23F0FDE3" w:rsidR="00322302" w:rsidRPr="00AD1A32" w:rsidRDefault="003A65D0" w:rsidP="006D437B">
      <w:pPr>
        <w:pStyle w:val="Lijstalinea"/>
        <w:numPr>
          <w:ilvl w:val="0"/>
          <w:numId w:val="12"/>
        </w:numPr>
        <w:rPr>
          <w:rFonts w:asciiTheme="majorHAnsi" w:hAnsiTheme="majorHAnsi" w:cstheme="majorHAnsi"/>
        </w:rPr>
      </w:pPr>
      <w:r w:rsidRPr="00AD1A32">
        <w:rPr>
          <w:rFonts w:asciiTheme="majorHAnsi" w:hAnsiTheme="majorHAnsi" w:cstheme="majorHAnsi"/>
        </w:rPr>
        <w:t xml:space="preserve">Onderzoeken van omgevingsfactoren die aangepast kunnen worden ter vermindering </w:t>
      </w:r>
      <w:r w:rsidR="008032CA" w:rsidRPr="00AD1A32">
        <w:rPr>
          <w:rFonts w:asciiTheme="majorHAnsi" w:hAnsiTheme="majorHAnsi" w:cstheme="majorHAnsi"/>
        </w:rPr>
        <w:t>van</w:t>
      </w:r>
      <w:r w:rsidRPr="00AD1A32">
        <w:rPr>
          <w:rFonts w:asciiTheme="majorHAnsi" w:hAnsiTheme="majorHAnsi" w:cstheme="majorHAnsi"/>
        </w:rPr>
        <w:t xml:space="preserve"> stress bij de dieren in de opvang. </w:t>
      </w:r>
    </w:p>
    <w:p w14:paraId="4D03EB87" w14:textId="77777777" w:rsidR="00501F52" w:rsidRPr="00AD1A32" w:rsidRDefault="00501F52">
      <w:pPr>
        <w:rPr>
          <w:rFonts w:asciiTheme="majorHAnsi" w:hAnsiTheme="majorHAnsi" w:cstheme="majorHAnsi"/>
        </w:rPr>
      </w:pPr>
    </w:p>
    <w:p w14:paraId="07B381E5" w14:textId="51554423" w:rsidR="00501F52" w:rsidRPr="00CE7083" w:rsidRDefault="00724692">
      <w:pPr>
        <w:rPr>
          <w:rFonts w:asciiTheme="majorHAnsi" w:hAnsiTheme="majorHAnsi" w:cstheme="majorHAnsi"/>
          <w:b/>
          <w:bCs/>
          <w:sz w:val="28"/>
          <w:szCs w:val="28"/>
        </w:rPr>
      </w:pPr>
      <w:r w:rsidRPr="00AD1A32">
        <w:rPr>
          <w:rFonts w:asciiTheme="majorHAnsi" w:hAnsiTheme="majorHAnsi" w:cstheme="majorHAnsi"/>
        </w:rPr>
        <w:lastRenderedPageBreak/>
        <w:t xml:space="preserve"> </w:t>
      </w:r>
      <w:r w:rsidRPr="00CE7083">
        <w:rPr>
          <w:rFonts w:asciiTheme="majorHAnsi" w:hAnsiTheme="majorHAnsi" w:cstheme="majorHAnsi"/>
          <w:b/>
          <w:bCs/>
          <w:color w:val="76923C" w:themeColor="accent3" w:themeShade="BF"/>
          <w:sz w:val="28"/>
          <w:szCs w:val="28"/>
        </w:rPr>
        <w:t xml:space="preserve">Strategische pijlers </w:t>
      </w:r>
      <w:r w:rsidR="00CA4A0F">
        <w:rPr>
          <w:rFonts w:asciiTheme="majorHAnsi" w:hAnsiTheme="majorHAnsi" w:cstheme="majorHAnsi"/>
          <w:b/>
          <w:bCs/>
          <w:color w:val="76923C" w:themeColor="accent3" w:themeShade="BF"/>
          <w:sz w:val="28"/>
          <w:szCs w:val="28"/>
        </w:rPr>
        <w:t>(3)</w:t>
      </w:r>
    </w:p>
    <w:p w14:paraId="02B6767C" w14:textId="497E072A" w:rsidR="00501F52" w:rsidRPr="00CE7083" w:rsidRDefault="00724692" w:rsidP="00CE7083">
      <w:pPr>
        <w:jc w:val="center"/>
        <w:rPr>
          <w:rFonts w:asciiTheme="majorHAnsi" w:hAnsiTheme="majorHAnsi" w:cstheme="majorHAnsi"/>
          <w:b/>
          <w:bCs/>
          <w:color w:val="76923C" w:themeColor="accent3" w:themeShade="BF"/>
          <w:sz w:val="32"/>
          <w:szCs w:val="32"/>
        </w:rPr>
      </w:pPr>
      <w:r w:rsidRPr="00CE7083">
        <w:rPr>
          <w:rFonts w:asciiTheme="majorHAnsi" w:hAnsiTheme="majorHAnsi" w:cstheme="majorHAnsi"/>
          <w:b/>
          <w:bCs/>
          <w:color w:val="76923C" w:themeColor="accent3" w:themeShade="BF"/>
          <w:sz w:val="32"/>
          <w:szCs w:val="32"/>
        </w:rPr>
        <w:t>Verbetering</w:t>
      </w:r>
      <w:r w:rsidR="00BC39F3" w:rsidRPr="00CE7083">
        <w:rPr>
          <w:rFonts w:asciiTheme="majorHAnsi" w:hAnsiTheme="majorHAnsi" w:cstheme="majorHAnsi"/>
          <w:b/>
          <w:bCs/>
          <w:color w:val="76923C" w:themeColor="accent3" w:themeShade="BF"/>
          <w:sz w:val="32"/>
          <w:szCs w:val="32"/>
        </w:rPr>
        <w:t xml:space="preserve"> </w:t>
      </w:r>
      <w:r w:rsidRPr="00CE7083">
        <w:rPr>
          <w:rFonts w:asciiTheme="majorHAnsi" w:hAnsiTheme="majorHAnsi" w:cstheme="majorHAnsi"/>
          <w:b/>
          <w:bCs/>
          <w:color w:val="76923C" w:themeColor="accent3" w:themeShade="BF"/>
          <w:sz w:val="32"/>
          <w:szCs w:val="32"/>
        </w:rPr>
        <w:t>huisvesting</w:t>
      </w:r>
    </w:p>
    <w:p w14:paraId="79276484" w14:textId="5CD57A7D" w:rsidR="00501F52" w:rsidRPr="00CE7083" w:rsidRDefault="00724692">
      <w:pPr>
        <w:rPr>
          <w:rFonts w:asciiTheme="majorHAnsi" w:hAnsiTheme="majorHAnsi" w:cstheme="majorHAnsi"/>
          <w:b/>
          <w:bCs/>
          <w:color w:val="E36C0A" w:themeColor="accent6" w:themeShade="BF"/>
        </w:rPr>
      </w:pPr>
      <w:r w:rsidRPr="00CE7083">
        <w:rPr>
          <w:rFonts w:asciiTheme="majorHAnsi" w:hAnsiTheme="majorHAnsi" w:cstheme="majorHAnsi"/>
          <w:b/>
          <w:bCs/>
          <w:color w:val="E36C0A" w:themeColor="accent6" w:themeShade="BF"/>
        </w:rPr>
        <w:t xml:space="preserve">Hoe ziet dit er uit?  </w:t>
      </w:r>
    </w:p>
    <w:p w14:paraId="530BDA4F" w14:textId="77777777" w:rsidR="00335D7E" w:rsidRPr="00AD1A32" w:rsidRDefault="00724692" w:rsidP="00335D7E">
      <w:pPr>
        <w:pStyle w:val="Lijstalinea"/>
        <w:numPr>
          <w:ilvl w:val="0"/>
          <w:numId w:val="14"/>
        </w:numPr>
        <w:rPr>
          <w:rFonts w:asciiTheme="majorHAnsi" w:hAnsiTheme="majorHAnsi" w:cstheme="majorHAnsi"/>
        </w:rPr>
      </w:pPr>
      <w:r w:rsidRPr="00AD1A32">
        <w:rPr>
          <w:rFonts w:asciiTheme="majorHAnsi" w:hAnsiTheme="majorHAnsi" w:cstheme="majorHAnsi"/>
        </w:rPr>
        <w:t>Veilige omgeving  voor werknem</w:t>
      </w:r>
      <w:r w:rsidR="00B64242" w:rsidRPr="00AD1A32">
        <w:rPr>
          <w:rFonts w:asciiTheme="majorHAnsi" w:hAnsiTheme="majorHAnsi" w:cstheme="majorHAnsi"/>
        </w:rPr>
        <w:t>e</w:t>
      </w:r>
      <w:r w:rsidRPr="00AD1A32">
        <w:rPr>
          <w:rFonts w:asciiTheme="majorHAnsi" w:hAnsiTheme="majorHAnsi" w:cstheme="majorHAnsi"/>
        </w:rPr>
        <w:t xml:space="preserve">rs </w:t>
      </w:r>
    </w:p>
    <w:p w14:paraId="1BAEE2BA" w14:textId="77777777" w:rsidR="00335D7E" w:rsidRPr="00AD1A32" w:rsidRDefault="00724692" w:rsidP="00335D7E">
      <w:pPr>
        <w:pStyle w:val="Lijstalinea"/>
        <w:numPr>
          <w:ilvl w:val="0"/>
          <w:numId w:val="14"/>
        </w:numPr>
        <w:rPr>
          <w:rFonts w:asciiTheme="majorHAnsi" w:hAnsiTheme="majorHAnsi" w:cstheme="majorHAnsi"/>
        </w:rPr>
      </w:pPr>
      <w:r w:rsidRPr="00AD1A32">
        <w:rPr>
          <w:rFonts w:asciiTheme="majorHAnsi" w:hAnsiTheme="majorHAnsi" w:cstheme="majorHAnsi"/>
        </w:rPr>
        <w:t>Goede werkruimten voor werknem</w:t>
      </w:r>
      <w:r w:rsidR="00B64242" w:rsidRPr="00AD1A32">
        <w:rPr>
          <w:rFonts w:asciiTheme="majorHAnsi" w:hAnsiTheme="majorHAnsi" w:cstheme="majorHAnsi"/>
        </w:rPr>
        <w:t>e</w:t>
      </w:r>
      <w:r w:rsidRPr="00AD1A32">
        <w:rPr>
          <w:rFonts w:asciiTheme="majorHAnsi" w:hAnsiTheme="majorHAnsi" w:cstheme="majorHAnsi"/>
        </w:rPr>
        <w:t>rs</w:t>
      </w:r>
    </w:p>
    <w:p w14:paraId="2240C523" w14:textId="00711B05" w:rsidR="005A2E60" w:rsidRPr="00AD1A32" w:rsidRDefault="00921919" w:rsidP="005A2E60">
      <w:pPr>
        <w:pStyle w:val="Lijstalinea"/>
        <w:numPr>
          <w:ilvl w:val="0"/>
          <w:numId w:val="14"/>
        </w:numPr>
        <w:rPr>
          <w:rFonts w:asciiTheme="majorHAnsi" w:hAnsiTheme="majorHAnsi" w:cstheme="majorHAnsi"/>
        </w:rPr>
      </w:pPr>
      <w:r w:rsidRPr="00AD1A32">
        <w:rPr>
          <w:rFonts w:asciiTheme="majorHAnsi" w:hAnsiTheme="majorHAnsi" w:cstheme="majorHAnsi"/>
        </w:rPr>
        <w:t>Ontvangstruim</w:t>
      </w:r>
      <w:r w:rsidR="00B64242" w:rsidRPr="00AD1A32">
        <w:rPr>
          <w:rFonts w:asciiTheme="majorHAnsi" w:hAnsiTheme="majorHAnsi" w:cstheme="majorHAnsi"/>
        </w:rPr>
        <w:t>t</w:t>
      </w:r>
      <w:r w:rsidRPr="00AD1A32">
        <w:rPr>
          <w:rFonts w:asciiTheme="majorHAnsi" w:hAnsiTheme="majorHAnsi" w:cstheme="majorHAnsi"/>
        </w:rPr>
        <w:t>e</w:t>
      </w:r>
    </w:p>
    <w:p w14:paraId="79423178" w14:textId="77777777" w:rsidR="00E217B4" w:rsidRPr="00AD1A32" w:rsidRDefault="005A2E60" w:rsidP="00E217B4">
      <w:pPr>
        <w:pStyle w:val="Lijstalinea"/>
        <w:numPr>
          <w:ilvl w:val="0"/>
          <w:numId w:val="14"/>
        </w:numPr>
        <w:rPr>
          <w:rFonts w:asciiTheme="majorHAnsi" w:hAnsiTheme="majorHAnsi" w:cstheme="majorHAnsi"/>
        </w:rPr>
      </w:pPr>
      <w:r w:rsidRPr="00AD1A32">
        <w:rPr>
          <w:rFonts w:asciiTheme="majorHAnsi" w:hAnsiTheme="majorHAnsi" w:cstheme="majorHAnsi"/>
        </w:rPr>
        <w:t>Vergaderruimte</w:t>
      </w:r>
      <w:r w:rsidR="00E217B4" w:rsidRPr="00AD1A32">
        <w:rPr>
          <w:rFonts w:asciiTheme="majorHAnsi" w:hAnsiTheme="majorHAnsi" w:cstheme="majorHAnsi"/>
        </w:rPr>
        <w:t>/ kantine</w:t>
      </w:r>
    </w:p>
    <w:p w14:paraId="6498B14E" w14:textId="6C25A571" w:rsidR="00501F52" w:rsidRPr="00AD1A32" w:rsidRDefault="003378BC" w:rsidP="00E217B4">
      <w:pPr>
        <w:pStyle w:val="Lijstalinea"/>
        <w:numPr>
          <w:ilvl w:val="0"/>
          <w:numId w:val="14"/>
        </w:numPr>
        <w:rPr>
          <w:rFonts w:asciiTheme="majorHAnsi" w:hAnsiTheme="majorHAnsi" w:cstheme="majorHAnsi"/>
        </w:rPr>
      </w:pPr>
      <w:r w:rsidRPr="00AD1A32">
        <w:rPr>
          <w:rFonts w:asciiTheme="majorHAnsi" w:hAnsiTheme="majorHAnsi" w:cstheme="majorHAnsi"/>
        </w:rPr>
        <w:t>Klimaatbeheersing</w:t>
      </w:r>
    </w:p>
    <w:p w14:paraId="59BB02A4" w14:textId="77777777" w:rsidR="0022470E" w:rsidRPr="00AD1A32" w:rsidRDefault="0022470E">
      <w:pPr>
        <w:rPr>
          <w:rFonts w:asciiTheme="majorHAnsi" w:hAnsiTheme="majorHAnsi" w:cstheme="majorHAnsi"/>
          <w:b/>
          <w:bCs/>
        </w:rPr>
      </w:pPr>
    </w:p>
    <w:p w14:paraId="1BF10238" w14:textId="38135BF1" w:rsidR="00501F52" w:rsidRPr="00CE7083" w:rsidRDefault="00724692">
      <w:pPr>
        <w:rPr>
          <w:rFonts w:asciiTheme="majorHAnsi" w:hAnsiTheme="majorHAnsi" w:cstheme="majorHAnsi"/>
          <w:color w:val="E36C0A" w:themeColor="accent6" w:themeShade="BF"/>
        </w:rPr>
      </w:pPr>
      <w:r w:rsidRPr="00CE7083">
        <w:rPr>
          <w:rFonts w:asciiTheme="majorHAnsi" w:hAnsiTheme="majorHAnsi" w:cstheme="majorHAnsi"/>
          <w:b/>
          <w:bCs/>
          <w:color w:val="E36C0A" w:themeColor="accent6" w:themeShade="BF"/>
        </w:rPr>
        <w:t>Wat gaan we doen om dit te bereiken</w:t>
      </w:r>
      <w:r w:rsidR="003378BC" w:rsidRPr="00CE7083">
        <w:rPr>
          <w:rFonts w:asciiTheme="majorHAnsi" w:hAnsiTheme="majorHAnsi" w:cstheme="majorHAnsi"/>
          <w:color w:val="E36C0A" w:themeColor="accent6" w:themeShade="BF"/>
        </w:rPr>
        <w:t>?</w:t>
      </w:r>
      <w:r w:rsidRPr="00CE7083">
        <w:rPr>
          <w:rFonts w:asciiTheme="majorHAnsi" w:hAnsiTheme="majorHAnsi" w:cstheme="majorHAnsi"/>
          <w:color w:val="E36C0A" w:themeColor="accent6" w:themeShade="BF"/>
        </w:rPr>
        <w:t xml:space="preserve"> </w:t>
      </w:r>
    </w:p>
    <w:p w14:paraId="26F50955" w14:textId="484E368E" w:rsidR="00501F52" w:rsidRPr="00AD1A32" w:rsidRDefault="00724692">
      <w:pPr>
        <w:rPr>
          <w:rFonts w:asciiTheme="majorHAnsi" w:hAnsiTheme="majorHAnsi" w:cstheme="majorHAnsi"/>
        </w:rPr>
      </w:pPr>
      <w:r w:rsidRPr="00AD1A32">
        <w:rPr>
          <w:rFonts w:asciiTheme="majorHAnsi" w:hAnsiTheme="majorHAnsi" w:cstheme="majorHAnsi"/>
        </w:rPr>
        <w:t xml:space="preserve">Ten  aanzien  van  de  huisvesting  gaan  we  de  volgende  scenario's onderzoeken: </w:t>
      </w:r>
    </w:p>
    <w:p w14:paraId="2F13EA2D" w14:textId="0CDD1757" w:rsidR="00E040FF" w:rsidRPr="00AD1A32" w:rsidRDefault="00084E81" w:rsidP="00E040FF">
      <w:pPr>
        <w:pStyle w:val="Lijstalinea"/>
        <w:numPr>
          <w:ilvl w:val="0"/>
          <w:numId w:val="15"/>
        </w:numPr>
        <w:rPr>
          <w:rFonts w:asciiTheme="majorHAnsi" w:hAnsiTheme="majorHAnsi" w:cstheme="majorHAnsi"/>
        </w:rPr>
      </w:pPr>
      <w:r w:rsidRPr="00AD1A32">
        <w:rPr>
          <w:rFonts w:asciiTheme="majorHAnsi" w:hAnsiTheme="majorHAnsi" w:cstheme="majorHAnsi"/>
        </w:rPr>
        <w:t>Onderzoeken van n</w:t>
      </w:r>
      <w:r w:rsidR="00724692" w:rsidRPr="00AD1A32">
        <w:rPr>
          <w:rFonts w:asciiTheme="majorHAnsi" w:hAnsiTheme="majorHAnsi" w:cstheme="majorHAnsi"/>
        </w:rPr>
        <w:t>ieuwbouw</w:t>
      </w:r>
      <w:r w:rsidR="001A37C1" w:rsidRPr="00AD1A32">
        <w:rPr>
          <w:rFonts w:asciiTheme="majorHAnsi" w:hAnsiTheme="majorHAnsi" w:cstheme="majorHAnsi"/>
        </w:rPr>
        <w:t xml:space="preserve"> of renovatie van</w:t>
      </w:r>
      <w:r w:rsidR="00724692" w:rsidRPr="00AD1A32">
        <w:rPr>
          <w:rFonts w:asciiTheme="majorHAnsi" w:hAnsiTheme="majorHAnsi" w:cstheme="majorHAnsi"/>
        </w:rPr>
        <w:t xml:space="preserve"> </w:t>
      </w:r>
      <w:r w:rsidR="00E040FF" w:rsidRPr="00AD1A32">
        <w:rPr>
          <w:rFonts w:asciiTheme="majorHAnsi" w:hAnsiTheme="majorHAnsi" w:cstheme="majorHAnsi"/>
        </w:rPr>
        <w:t>kennels</w:t>
      </w:r>
    </w:p>
    <w:p w14:paraId="6C8295C2" w14:textId="503DBCAD" w:rsidR="00501F52" w:rsidRPr="00AD1A32" w:rsidRDefault="00724692" w:rsidP="00E040FF">
      <w:pPr>
        <w:pStyle w:val="Lijstalinea"/>
        <w:numPr>
          <w:ilvl w:val="0"/>
          <w:numId w:val="15"/>
        </w:numPr>
        <w:rPr>
          <w:rFonts w:asciiTheme="majorHAnsi" w:hAnsiTheme="majorHAnsi" w:cstheme="majorHAnsi"/>
        </w:rPr>
      </w:pPr>
      <w:r w:rsidRPr="00AD1A32">
        <w:rPr>
          <w:rFonts w:asciiTheme="majorHAnsi" w:hAnsiTheme="majorHAnsi" w:cstheme="majorHAnsi"/>
        </w:rPr>
        <w:t>Ver</w:t>
      </w:r>
      <w:r w:rsidR="0022470E" w:rsidRPr="00AD1A32">
        <w:rPr>
          <w:rFonts w:asciiTheme="majorHAnsi" w:hAnsiTheme="majorHAnsi" w:cstheme="majorHAnsi"/>
        </w:rPr>
        <w:t>bouw</w:t>
      </w:r>
      <w:r w:rsidR="00104179" w:rsidRPr="00AD1A32">
        <w:rPr>
          <w:rFonts w:asciiTheme="majorHAnsi" w:hAnsiTheme="majorHAnsi" w:cstheme="majorHAnsi"/>
        </w:rPr>
        <w:t>en</w:t>
      </w:r>
      <w:r w:rsidRPr="00AD1A32">
        <w:rPr>
          <w:rFonts w:asciiTheme="majorHAnsi" w:hAnsiTheme="majorHAnsi" w:cstheme="majorHAnsi"/>
        </w:rPr>
        <w:t xml:space="preserve"> </w:t>
      </w:r>
      <w:r w:rsidR="00084E81" w:rsidRPr="00AD1A32">
        <w:rPr>
          <w:rFonts w:asciiTheme="majorHAnsi" w:hAnsiTheme="majorHAnsi" w:cstheme="majorHAnsi"/>
        </w:rPr>
        <w:t>speelweides voor hoofdseizoen</w:t>
      </w:r>
      <w:r w:rsidR="00011AB1" w:rsidRPr="00AD1A32">
        <w:rPr>
          <w:rFonts w:asciiTheme="majorHAnsi" w:hAnsiTheme="majorHAnsi" w:cstheme="majorHAnsi"/>
        </w:rPr>
        <w:t xml:space="preserve"> 2026</w:t>
      </w:r>
      <w:r w:rsidR="007C5D46" w:rsidRPr="00AD1A32">
        <w:rPr>
          <w:rFonts w:asciiTheme="majorHAnsi" w:hAnsiTheme="majorHAnsi" w:cstheme="majorHAnsi"/>
        </w:rPr>
        <w:t xml:space="preserve">, fase 1, waarbij </w:t>
      </w:r>
      <w:r w:rsidR="0070263A" w:rsidRPr="00AD1A32">
        <w:rPr>
          <w:rFonts w:asciiTheme="majorHAnsi" w:hAnsiTheme="majorHAnsi" w:cstheme="majorHAnsi"/>
        </w:rPr>
        <w:t>rekening gehouden wordt met soorten ondergrond (verhard/onverhard) en voldoende schuilmogelijkheden</w:t>
      </w:r>
    </w:p>
    <w:p w14:paraId="425BBD0E" w14:textId="64F5A348" w:rsidR="00E040FF" w:rsidRPr="00AD1A32" w:rsidRDefault="0005253A" w:rsidP="00E040FF">
      <w:pPr>
        <w:pStyle w:val="Lijstalinea"/>
        <w:numPr>
          <w:ilvl w:val="0"/>
          <w:numId w:val="15"/>
        </w:numPr>
        <w:rPr>
          <w:rFonts w:asciiTheme="majorHAnsi" w:hAnsiTheme="majorHAnsi" w:cstheme="majorHAnsi"/>
        </w:rPr>
      </w:pPr>
      <w:r w:rsidRPr="00AD1A32">
        <w:rPr>
          <w:rFonts w:asciiTheme="majorHAnsi" w:hAnsiTheme="majorHAnsi" w:cstheme="majorHAnsi"/>
        </w:rPr>
        <w:t>Verbouwing</w:t>
      </w:r>
      <w:r w:rsidR="009B674C" w:rsidRPr="00AD1A32">
        <w:rPr>
          <w:rFonts w:asciiTheme="majorHAnsi" w:hAnsiTheme="majorHAnsi" w:cstheme="majorHAnsi"/>
        </w:rPr>
        <w:t xml:space="preserve"> hoofdgebouw en herindeling</w:t>
      </w:r>
      <w:r w:rsidRPr="00AD1A32">
        <w:rPr>
          <w:rFonts w:asciiTheme="majorHAnsi" w:hAnsiTheme="majorHAnsi" w:cstheme="majorHAnsi"/>
        </w:rPr>
        <w:t xml:space="preserve"> receptie/kantine/vergaderruimte</w:t>
      </w:r>
      <w:r w:rsidR="00427CF5" w:rsidRPr="00AD1A32">
        <w:rPr>
          <w:rFonts w:asciiTheme="majorHAnsi" w:hAnsiTheme="majorHAnsi" w:cstheme="majorHAnsi"/>
        </w:rPr>
        <w:t xml:space="preserve"> voor hoofdseizoen</w:t>
      </w:r>
      <w:r w:rsidR="00102697" w:rsidRPr="00AD1A32">
        <w:rPr>
          <w:rFonts w:asciiTheme="majorHAnsi" w:hAnsiTheme="majorHAnsi" w:cstheme="majorHAnsi"/>
        </w:rPr>
        <w:t xml:space="preserve"> 2026</w:t>
      </w:r>
      <w:r w:rsidR="0022470E" w:rsidRPr="00AD1A32">
        <w:rPr>
          <w:rFonts w:asciiTheme="majorHAnsi" w:hAnsiTheme="majorHAnsi" w:cstheme="majorHAnsi"/>
        </w:rPr>
        <w:t>. Hierbij wordt uiteraard gekeken naar de klimaatbeheersing</w:t>
      </w:r>
      <w:r w:rsidR="007C5D46" w:rsidRPr="00AD1A32">
        <w:rPr>
          <w:rFonts w:asciiTheme="majorHAnsi" w:hAnsiTheme="majorHAnsi" w:cstheme="majorHAnsi"/>
        </w:rPr>
        <w:t>, fase 1</w:t>
      </w:r>
      <w:r w:rsidR="0022470E" w:rsidRPr="00AD1A32">
        <w:rPr>
          <w:rFonts w:asciiTheme="majorHAnsi" w:hAnsiTheme="majorHAnsi" w:cstheme="majorHAnsi"/>
        </w:rPr>
        <w:t xml:space="preserve">. </w:t>
      </w:r>
    </w:p>
    <w:p w14:paraId="6E151088" w14:textId="3D8C8281" w:rsidR="0022470E" w:rsidRPr="00AD1A32" w:rsidRDefault="005D5F56" w:rsidP="00E040FF">
      <w:pPr>
        <w:pStyle w:val="Lijstalinea"/>
        <w:numPr>
          <w:ilvl w:val="0"/>
          <w:numId w:val="15"/>
        </w:numPr>
        <w:rPr>
          <w:rFonts w:asciiTheme="majorHAnsi" w:hAnsiTheme="majorHAnsi" w:cstheme="majorHAnsi"/>
        </w:rPr>
      </w:pPr>
      <w:r w:rsidRPr="00AD1A32">
        <w:rPr>
          <w:rFonts w:asciiTheme="majorHAnsi" w:hAnsiTheme="majorHAnsi" w:cstheme="majorHAnsi"/>
        </w:rPr>
        <w:t xml:space="preserve">In fase </w:t>
      </w:r>
      <w:r w:rsidR="0039263E" w:rsidRPr="00AD1A32">
        <w:rPr>
          <w:rFonts w:asciiTheme="majorHAnsi" w:hAnsiTheme="majorHAnsi" w:cstheme="majorHAnsi"/>
        </w:rPr>
        <w:t xml:space="preserve">2 worden de speelweides en buitenkennels verder </w:t>
      </w:r>
      <w:r w:rsidR="00232909" w:rsidRPr="00AD1A32">
        <w:rPr>
          <w:rFonts w:asciiTheme="majorHAnsi" w:hAnsiTheme="majorHAnsi" w:cstheme="majorHAnsi"/>
        </w:rPr>
        <w:t>aangepakt</w:t>
      </w:r>
    </w:p>
    <w:p w14:paraId="0FC60669" w14:textId="6743B846" w:rsidR="00501F52" w:rsidRPr="00AD56E9" w:rsidRDefault="00724692" w:rsidP="00DA3056">
      <w:pPr>
        <w:pStyle w:val="Geenafstand"/>
        <w:rPr>
          <w:rFonts w:asciiTheme="majorHAnsi" w:hAnsiTheme="majorHAnsi" w:cstheme="majorHAnsi"/>
          <w:lang w:val="nl-NL"/>
        </w:rPr>
      </w:pPr>
      <w:r w:rsidRPr="00AD56E9">
        <w:rPr>
          <w:rFonts w:asciiTheme="majorHAnsi" w:hAnsiTheme="majorHAnsi" w:cstheme="majorHAnsi"/>
          <w:lang w:val="nl-NL"/>
        </w:rPr>
        <w:t xml:space="preserve">Tijdens de overbruggingsperiode brengen we de meest urgente bouwkundige en </w:t>
      </w:r>
      <w:r w:rsidR="00590E72" w:rsidRPr="00AD56E9">
        <w:rPr>
          <w:rFonts w:asciiTheme="majorHAnsi" w:hAnsiTheme="majorHAnsi" w:cstheme="majorHAnsi"/>
          <w:lang w:val="nl-NL"/>
        </w:rPr>
        <w:t>i</w:t>
      </w:r>
      <w:r w:rsidRPr="00AD56E9">
        <w:rPr>
          <w:rFonts w:asciiTheme="majorHAnsi" w:hAnsiTheme="majorHAnsi" w:cstheme="majorHAnsi"/>
          <w:lang w:val="nl-NL"/>
        </w:rPr>
        <w:t xml:space="preserve">nstallatietechnische knelpunten op het gebied van huisvesting in beeld </w:t>
      </w:r>
      <w:r w:rsidR="0066286E" w:rsidRPr="00AD56E9">
        <w:rPr>
          <w:rFonts w:asciiTheme="majorHAnsi" w:hAnsiTheme="majorHAnsi" w:cstheme="majorHAnsi"/>
          <w:lang w:val="nl-NL"/>
        </w:rPr>
        <w:t xml:space="preserve"> en voeren we verbeterpunten uit het RI&amp;E </w:t>
      </w:r>
      <w:r w:rsidR="00DA3056" w:rsidRPr="00AD56E9">
        <w:rPr>
          <w:rFonts w:asciiTheme="majorHAnsi" w:hAnsiTheme="majorHAnsi" w:cstheme="majorHAnsi"/>
          <w:lang w:val="nl-NL"/>
        </w:rPr>
        <w:t xml:space="preserve">en Plan van Aanpak 2026 uit waar het kan. </w:t>
      </w:r>
    </w:p>
    <w:p w14:paraId="3AF0A3D7" w14:textId="77777777" w:rsidR="00501F52" w:rsidRPr="00AD1A32" w:rsidRDefault="00501F52">
      <w:pPr>
        <w:rPr>
          <w:rFonts w:asciiTheme="majorHAnsi" w:hAnsiTheme="majorHAnsi" w:cstheme="majorHAnsi"/>
        </w:rPr>
      </w:pPr>
    </w:p>
    <w:p w14:paraId="1FB5CA23"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578CDEA4" w14:textId="27C79F7E" w:rsidR="00501F52" w:rsidRPr="00AD1A32" w:rsidRDefault="00501F52">
      <w:pPr>
        <w:rPr>
          <w:rFonts w:asciiTheme="majorHAnsi" w:hAnsiTheme="majorHAnsi" w:cstheme="majorHAnsi"/>
        </w:rPr>
      </w:pPr>
    </w:p>
    <w:p w14:paraId="027306EA" w14:textId="77777777" w:rsidR="00011AB1" w:rsidRPr="00AD1A32" w:rsidRDefault="00011AB1">
      <w:pPr>
        <w:rPr>
          <w:rFonts w:asciiTheme="majorHAnsi" w:hAnsiTheme="majorHAnsi" w:cstheme="majorHAnsi"/>
        </w:rPr>
      </w:pPr>
    </w:p>
    <w:p w14:paraId="62106A96" w14:textId="77777777" w:rsidR="00011AB1" w:rsidRPr="00AD1A32" w:rsidRDefault="00011AB1">
      <w:pPr>
        <w:rPr>
          <w:rFonts w:asciiTheme="majorHAnsi" w:hAnsiTheme="majorHAnsi" w:cstheme="majorHAnsi"/>
        </w:rPr>
      </w:pPr>
    </w:p>
    <w:p w14:paraId="68F6A7C3" w14:textId="77777777" w:rsidR="00011AB1" w:rsidRPr="00AD1A32" w:rsidRDefault="00011AB1">
      <w:pPr>
        <w:rPr>
          <w:rFonts w:asciiTheme="majorHAnsi" w:hAnsiTheme="majorHAnsi" w:cstheme="majorHAnsi"/>
        </w:rPr>
      </w:pPr>
    </w:p>
    <w:p w14:paraId="41834017" w14:textId="77777777" w:rsidR="00687369" w:rsidRPr="00AD1A32" w:rsidRDefault="00687369">
      <w:pPr>
        <w:rPr>
          <w:rFonts w:asciiTheme="majorHAnsi" w:hAnsiTheme="majorHAnsi" w:cstheme="majorHAnsi"/>
        </w:rPr>
      </w:pPr>
    </w:p>
    <w:p w14:paraId="64C9A4EA" w14:textId="77777777" w:rsidR="0022470E" w:rsidRPr="00AD1A32" w:rsidRDefault="0022470E">
      <w:pPr>
        <w:rPr>
          <w:rFonts w:asciiTheme="majorHAnsi" w:hAnsiTheme="majorHAnsi" w:cstheme="majorHAnsi"/>
        </w:rPr>
      </w:pPr>
    </w:p>
    <w:p w14:paraId="16C52942" w14:textId="77777777" w:rsidR="00485258" w:rsidRDefault="006119BF" w:rsidP="00485258">
      <w:pPr>
        <w:rPr>
          <w:rFonts w:asciiTheme="majorHAnsi" w:hAnsiTheme="majorHAnsi" w:cstheme="majorHAnsi"/>
        </w:rPr>
      </w:pPr>
      <w:r>
        <w:rPr>
          <w:rFonts w:asciiTheme="majorHAnsi" w:hAnsiTheme="majorHAnsi" w:cstheme="majorHAnsi"/>
        </w:rPr>
        <w:br w:type="column"/>
      </w:r>
    </w:p>
    <w:p w14:paraId="5246239A" w14:textId="465E8799" w:rsidR="00501F52" w:rsidRPr="000A3C93" w:rsidRDefault="00724692" w:rsidP="00485258">
      <w:pPr>
        <w:rPr>
          <w:rFonts w:asciiTheme="majorHAnsi" w:hAnsiTheme="majorHAnsi" w:cstheme="majorHAnsi"/>
          <w:b/>
          <w:bCs/>
          <w:color w:val="76923C" w:themeColor="accent3" w:themeShade="BF"/>
          <w:sz w:val="28"/>
          <w:szCs w:val="28"/>
        </w:rPr>
      </w:pPr>
      <w:r w:rsidRPr="000A3C93">
        <w:rPr>
          <w:rFonts w:asciiTheme="majorHAnsi" w:hAnsiTheme="majorHAnsi" w:cstheme="majorHAnsi"/>
          <w:b/>
          <w:bCs/>
          <w:color w:val="76923C" w:themeColor="accent3" w:themeShade="BF"/>
          <w:sz w:val="28"/>
          <w:szCs w:val="28"/>
        </w:rPr>
        <w:t xml:space="preserve">Strategische pijlers </w:t>
      </w:r>
      <w:r w:rsidR="00CA4A0F" w:rsidRPr="000A3C93">
        <w:rPr>
          <w:rFonts w:asciiTheme="majorHAnsi" w:hAnsiTheme="majorHAnsi" w:cstheme="majorHAnsi"/>
          <w:b/>
          <w:bCs/>
          <w:color w:val="76923C" w:themeColor="accent3" w:themeShade="BF"/>
          <w:sz w:val="28"/>
          <w:szCs w:val="28"/>
        </w:rPr>
        <w:t>(4)</w:t>
      </w:r>
    </w:p>
    <w:p w14:paraId="3FEFEDC2" w14:textId="67CFB3FA" w:rsidR="00501F52" w:rsidRPr="00AD56E9" w:rsidRDefault="00724692" w:rsidP="00485258">
      <w:pPr>
        <w:pStyle w:val="Geenafstand"/>
        <w:jc w:val="center"/>
        <w:rPr>
          <w:rFonts w:asciiTheme="majorHAnsi" w:hAnsiTheme="majorHAnsi" w:cstheme="majorHAnsi"/>
          <w:b/>
          <w:bCs/>
          <w:color w:val="76923C" w:themeColor="accent3" w:themeShade="BF"/>
          <w:sz w:val="32"/>
          <w:szCs w:val="32"/>
          <w:lang w:val="nl-NL"/>
        </w:rPr>
      </w:pPr>
      <w:r w:rsidRPr="00AD56E9">
        <w:rPr>
          <w:rFonts w:asciiTheme="majorHAnsi" w:hAnsiTheme="majorHAnsi" w:cstheme="majorHAnsi"/>
          <w:b/>
          <w:bCs/>
          <w:color w:val="76923C" w:themeColor="accent3" w:themeShade="BF"/>
          <w:sz w:val="32"/>
          <w:szCs w:val="32"/>
          <w:lang w:val="nl-NL"/>
        </w:rPr>
        <w:t>C</w:t>
      </w:r>
      <w:r w:rsidR="003D2ED0" w:rsidRPr="00AD56E9">
        <w:rPr>
          <w:rFonts w:asciiTheme="majorHAnsi" w:hAnsiTheme="majorHAnsi" w:cstheme="majorHAnsi"/>
          <w:b/>
          <w:bCs/>
          <w:color w:val="76923C" w:themeColor="accent3" w:themeShade="BF"/>
          <w:sz w:val="32"/>
          <w:szCs w:val="32"/>
          <w:lang w:val="nl-NL"/>
        </w:rPr>
        <w:t>o</w:t>
      </w:r>
      <w:r w:rsidRPr="00AD56E9">
        <w:rPr>
          <w:rFonts w:asciiTheme="majorHAnsi" w:hAnsiTheme="majorHAnsi" w:cstheme="majorHAnsi"/>
          <w:b/>
          <w:bCs/>
          <w:color w:val="76923C" w:themeColor="accent3" w:themeShade="BF"/>
          <w:sz w:val="32"/>
          <w:szCs w:val="32"/>
          <w:lang w:val="nl-NL"/>
        </w:rPr>
        <w:t>mmunicatie</w:t>
      </w:r>
      <w:r w:rsidR="003D2ED0" w:rsidRPr="00AD56E9">
        <w:rPr>
          <w:rFonts w:asciiTheme="majorHAnsi" w:hAnsiTheme="majorHAnsi" w:cstheme="majorHAnsi"/>
          <w:b/>
          <w:bCs/>
          <w:color w:val="76923C" w:themeColor="accent3" w:themeShade="BF"/>
          <w:sz w:val="32"/>
          <w:szCs w:val="32"/>
          <w:lang w:val="nl-NL"/>
        </w:rPr>
        <w:t xml:space="preserve"> </w:t>
      </w:r>
      <w:r w:rsidRPr="00AD56E9">
        <w:rPr>
          <w:rFonts w:asciiTheme="majorHAnsi" w:hAnsiTheme="majorHAnsi" w:cstheme="majorHAnsi"/>
          <w:b/>
          <w:bCs/>
          <w:color w:val="76923C" w:themeColor="accent3" w:themeShade="BF"/>
          <w:sz w:val="32"/>
          <w:szCs w:val="32"/>
          <w:lang w:val="nl-NL"/>
        </w:rPr>
        <w:t>&amp; PR</w:t>
      </w:r>
    </w:p>
    <w:p w14:paraId="7280F6ED" w14:textId="77777777" w:rsidR="00501F52" w:rsidRPr="00AD1A32" w:rsidRDefault="00501F52">
      <w:pPr>
        <w:rPr>
          <w:rFonts w:asciiTheme="majorHAnsi" w:hAnsiTheme="majorHAnsi" w:cstheme="majorHAnsi"/>
        </w:rPr>
      </w:pPr>
    </w:p>
    <w:p w14:paraId="588DDEED" w14:textId="7141289A" w:rsidR="00501F52" w:rsidRPr="00485258" w:rsidRDefault="00724692">
      <w:pPr>
        <w:rPr>
          <w:rFonts w:asciiTheme="majorHAnsi" w:hAnsiTheme="majorHAnsi" w:cstheme="majorHAnsi"/>
          <w:b/>
          <w:bCs/>
          <w:color w:val="E36C0A" w:themeColor="accent6" w:themeShade="BF"/>
        </w:rPr>
      </w:pPr>
      <w:r w:rsidRPr="00485258">
        <w:rPr>
          <w:rFonts w:asciiTheme="majorHAnsi" w:hAnsiTheme="majorHAnsi" w:cstheme="majorHAnsi"/>
          <w:b/>
          <w:bCs/>
          <w:color w:val="E36C0A" w:themeColor="accent6" w:themeShade="BF"/>
        </w:rPr>
        <w:t xml:space="preserve">Hoe ziet dit </w:t>
      </w:r>
      <w:r w:rsidR="003D2ED0" w:rsidRPr="00485258">
        <w:rPr>
          <w:rFonts w:asciiTheme="majorHAnsi" w:hAnsiTheme="majorHAnsi" w:cstheme="majorHAnsi"/>
          <w:b/>
          <w:bCs/>
          <w:color w:val="E36C0A" w:themeColor="accent6" w:themeShade="BF"/>
        </w:rPr>
        <w:t>e</w:t>
      </w:r>
      <w:r w:rsidRPr="00485258">
        <w:rPr>
          <w:rFonts w:asciiTheme="majorHAnsi" w:hAnsiTheme="majorHAnsi" w:cstheme="majorHAnsi"/>
          <w:b/>
          <w:bCs/>
          <w:color w:val="E36C0A" w:themeColor="accent6" w:themeShade="BF"/>
        </w:rPr>
        <w:t xml:space="preserve">r uit?  </w:t>
      </w:r>
    </w:p>
    <w:p w14:paraId="4884F922" w14:textId="77777777" w:rsidR="00FA4241" w:rsidRPr="00AD1A32" w:rsidRDefault="00724692" w:rsidP="00FA4241">
      <w:pPr>
        <w:pStyle w:val="Lijstalinea"/>
        <w:numPr>
          <w:ilvl w:val="0"/>
          <w:numId w:val="16"/>
        </w:numPr>
        <w:rPr>
          <w:rFonts w:asciiTheme="majorHAnsi" w:hAnsiTheme="majorHAnsi" w:cstheme="majorHAnsi"/>
        </w:rPr>
      </w:pPr>
      <w:r w:rsidRPr="00AD1A32">
        <w:rPr>
          <w:rFonts w:asciiTheme="majorHAnsi" w:hAnsiTheme="majorHAnsi" w:cstheme="majorHAnsi"/>
        </w:rPr>
        <w:t xml:space="preserve">Vergrote bekendheid in de regio  </w:t>
      </w:r>
    </w:p>
    <w:p w14:paraId="60BA7BF5" w14:textId="77777777" w:rsidR="00FA4241" w:rsidRPr="00AD1A32" w:rsidRDefault="00724692" w:rsidP="00FA4241">
      <w:pPr>
        <w:pStyle w:val="Lijstalinea"/>
        <w:numPr>
          <w:ilvl w:val="0"/>
          <w:numId w:val="16"/>
        </w:numPr>
        <w:rPr>
          <w:rFonts w:asciiTheme="majorHAnsi" w:hAnsiTheme="majorHAnsi" w:cstheme="majorHAnsi"/>
        </w:rPr>
      </w:pPr>
      <w:r w:rsidRPr="00AD1A32">
        <w:rPr>
          <w:rFonts w:asciiTheme="majorHAnsi" w:hAnsiTheme="majorHAnsi" w:cstheme="majorHAnsi"/>
        </w:rPr>
        <w:t>Verbe</w:t>
      </w:r>
      <w:r w:rsidR="00FA4241" w:rsidRPr="00AD1A32">
        <w:rPr>
          <w:rFonts w:asciiTheme="majorHAnsi" w:hAnsiTheme="majorHAnsi" w:cstheme="majorHAnsi"/>
        </w:rPr>
        <w:t>t</w:t>
      </w:r>
      <w:r w:rsidRPr="00AD1A32">
        <w:rPr>
          <w:rFonts w:asciiTheme="majorHAnsi" w:hAnsiTheme="majorHAnsi" w:cstheme="majorHAnsi"/>
        </w:rPr>
        <w:t xml:space="preserve">ering imago  </w:t>
      </w:r>
    </w:p>
    <w:p w14:paraId="7351196F" w14:textId="77777777" w:rsidR="00FA4241" w:rsidRPr="00AD1A32" w:rsidRDefault="00724692" w:rsidP="00FA4241">
      <w:pPr>
        <w:pStyle w:val="Lijstalinea"/>
        <w:numPr>
          <w:ilvl w:val="0"/>
          <w:numId w:val="16"/>
        </w:numPr>
        <w:rPr>
          <w:rFonts w:asciiTheme="majorHAnsi" w:hAnsiTheme="majorHAnsi" w:cstheme="majorHAnsi"/>
        </w:rPr>
      </w:pPr>
      <w:r w:rsidRPr="00AD1A32">
        <w:rPr>
          <w:rFonts w:asciiTheme="majorHAnsi" w:hAnsiTheme="majorHAnsi" w:cstheme="majorHAnsi"/>
        </w:rPr>
        <w:t xml:space="preserve">Verbetering marketing  </w:t>
      </w:r>
    </w:p>
    <w:p w14:paraId="23C703DF" w14:textId="568D40C0" w:rsidR="00501F52" w:rsidRPr="00AD1A32" w:rsidRDefault="00724692" w:rsidP="00FA4241">
      <w:pPr>
        <w:pStyle w:val="Lijstalinea"/>
        <w:numPr>
          <w:ilvl w:val="0"/>
          <w:numId w:val="16"/>
        </w:numPr>
        <w:rPr>
          <w:rFonts w:asciiTheme="majorHAnsi" w:hAnsiTheme="majorHAnsi" w:cstheme="majorHAnsi"/>
        </w:rPr>
      </w:pPr>
      <w:r w:rsidRPr="00AD1A32">
        <w:rPr>
          <w:rFonts w:asciiTheme="majorHAnsi" w:hAnsiTheme="majorHAnsi" w:cstheme="majorHAnsi"/>
        </w:rPr>
        <w:t xml:space="preserve">Aantrekkelijk voor vrijwilligers </w:t>
      </w:r>
    </w:p>
    <w:p w14:paraId="5368967E" w14:textId="42D7EB78" w:rsidR="00C66CDF" w:rsidRPr="00AD1A32" w:rsidRDefault="00C66CDF" w:rsidP="00FA4241">
      <w:pPr>
        <w:pStyle w:val="Lijstalinea"/>
        <w:numPr>
          <w:ilvl w:val="0"/>
          <w:numId w:val="16"/>
        </w:numPr>
        <w:rPr>
          <w:rFonts w:asciiTheme="majorHAnsi" w:hAnsiTheme="majorHAnsi" w:cstheme="majorHAnsi"/>
        </w:rPr>
      </w:pPr>
      <w:r w:rsidRPr="00AD1A32">
        <w:rPr>
          <w:rFonts w:asciiTheme="majorHAnsi" w:hAnsiTheme="majorHAnsi" w:cstheme="majorHAnsi"/>
        </w:rPr>
        <w:t>Noodoproepen voor dierenambulance komen</w:t>
      </w:r>
      <w:r w:rsidR="00F7315A" w:rsidRPr="00AD1A32">
        <w:rPr>
          <w:rFonts w:asciiTheme="majorHAnsi" w:hAnsiTheme="majorHAnsi" w:cstheme="majorHAnsi"/>
        </w:rPr>
        <w:t xml:space="preserve"> goed</w:t>
      </w:r>
      <w:r w:rsidRPr="00AD1A32">
        <w:rPr>
          <w:rFonts w:asciiTheme="majorHAnsi" w:hAnsiTheme="majorHAnsi" w:cstheme="majorHAnsi"/>
        </w:rPr>
        <w:t xml:space="preserve"> aan</w:t>
      </w:r>
    </w:p>
    <w:p w14:paraId="7BEDE66A" w14:textId="7459AF39" w:rsidR="00501F52" w:rsidRPr="00485258" w:rsidRDefault="00724692">
      <w:pPr>
        <w:rPr>
          <w:rFonts w:asciiTheme="majorHAnsi" w:hAnsiTheme="majorHAnsi" w:cstheme="majorHAnsi"/>
          <w:color w:val="E36C0A" w:themeColor="accent6" w:themeShade="BF"/>
        </w:rPr>
      </w:pPr>
      <w:r w:rsidRPr="00485258">
        <w:rPr>
          <w:rFonts w:asciiTheme="majorHAnsi" w:hAnsiTheme="majorHAnsi" w:cstheme="majorHAnsi"/>
          <w:b/>
          <w:bCs/>
          <w:color w:val="E36C0A" w:themeColor="accent6" w:themeShade="BF"/>
        </w:rPr>
        <w:t>Wat gaan we doen om dit te bereiken</w:t>
      </w:r>
      <w:r w:rsidR="00FA4241" w:rsidRPr="00485258">
        <w:rPr>
          <w:rFonts w:asciiTheme="majorHAnsi" w:hAnsiTheme="majorHAnsi" w:cstheme="majorHAnsi"/>
          <w:b/>
          <w:bCs/>
          <w:color w:val="E36C0A" w:themeColor="accent6" w:themeShade="BF"/>
        </w:rPr>
        <w:t>?</w:t>
      </w:r>
      <w:r w:rsidRPr="00485258">
        <w:rPr>
          <w:rFonts w:asciiTheme="majorHAnsi" w:hAnsiTheme="majorHAnsi" w:cstheme="majorHAnsi"/>
          <w:b/>
          <w:bCs/>
          <w:color w:val="E36C0A" w:themeColor="accent6" w:themeShade="BF"/>
        </w:rPr>
        <w:t xml:space="preserve"> </w:t>
      </w:r>
    </w:p>
    <w:p w14:paraId="67039FF6" w14:textId="77777777" w:rsidR="008E3AC8" w:rsidRPr="00AD1A32" w:rsidRDefault="00724692" w:rsidP="008E3AC8">
      <w:pPr>
        <w:pStyle w:val="Lijstalinea"/>
        <w:numPr>
          <w:ilvl w:val="0"/>
          <w:numId w:val="17"/>
        </w:numPr>
        <w:rPr>
          <w:rFonts w:asciiTheme="majorHAnsi" w:hAnsiTheme="majorHAnsi" w:cstheme="majorHAnsi"/>
        </w:rPr>
      </w:pPr>
      <w:r w:rsidRPr="00AD1A32">
        <w:rPr>
          <w:rFonts w:asciiTheme="majorHAnsi" w:hAnsiTheme="majorHAnsi" w:cstheme="majorHAnsi"/>
        </w:rPr>
        <w:t xml:space="preserve">Actueel  houden van de content op onze website en proactief communiceren via onze sociale mediakanalen. </w:t>
      </w:r>
    </w:p>
    <w:p w14:paraId="58332407" w14:textId="77777777" w:rsidR="003F6992" w:rsidRPr="00AD1A32" w:rsidRDefault="00724692" w:rsidP="003F6992">
      <w:pPr>
        <w:pStyle w:val="Lijstalinea"/>
        <w:numPr>
          <w:ilvl w:val="0"/>
          <w:numId w:val="17"/>
        </w:numPr>
        <w:rPr>
          <w:rFonts w:asciiTheme="majorHAnsi" w:hAnsiTheme="majorHAnsi" w:cstheme="majorHAnsi"/>
        </w:rPr>
      </w:pPr>
      <w:r w:rsidRPr="00AD1A32">
        <w:rPr>
          <w:rFonts w:asciiTheme="majorHAnsi" w:hAnsiTheme="majorHAnsi" w:cstheme="majorHAnsi"/>
        </w:rPr>
        <w:t>Actief uitkijken naar bijzondere verhalen/dieren die we op onze sociale</w:t>
      </w:r>
      <w:r w:rsidR="008E3AC8" w:rsidRPr="00AD1A32">
        <w:rPr>
          <w:rFonts w:asciiTheme="majorHAnsi" w:hAnsiTheme="majorHAnsi" w:cstheme="majorHAnsi"/>
        </w:rPr>
        <w:t xml:space="preserve"> </w:t>
      </w:r>
      <w:r w:rsidRPr="00AD1A32">
        <w:rPr>
          <w:rFonts w:asciiTheme="majorHAnsi" w:hAnsiTheme="majorHAnsi" w:cstheme="majorHAnsi"/>
        </w:rPr>
        <w:t xml:space="preserve">mediakanalen kunnen delen </w:t>
      </w:r>
      <w:r w:rsidR="008E3AC8" w:rsidRPr="00AD1A32">
        <w:rPr>
          <w:rFonts w:asciiTheme="majorHAnsi" w:hAnsiTheme="majorHAnsi" w:cstheme="majorHAnsi"/>
        </w:rPr>
        <w:t>t</w:t>
      </w:r>
      <w:r w:rsidRPr="00AD1A32">
        <w:rPr>
          <w:rFonts w:asciiTheme="majorHAnsi" w:hAnsiTheme="majorHAnsi" w:cstheme="majorHAnsi"/>
        </w:rPr>
        <w:t>eneinde een kijkje in ons asiel en werkzaamheden te  bieden en extra middelen te kunnen genereren</w:t>
      </w:r>
      <w:r w:rsidR="008E3AC8" w:rsidRPr="00AD1A32">
        <w:rPr>
          <w:rFonts w:asciiTheme="majorHAnsi" w:hAnsiTheme="majorHAnsi" w:cstheme="majorHAnsi"/>
        </w:rPr>
        <w:t xml:space="preserve"> </w:t>
      </w:r>
      <w:r w:rsidRPr="00AD1A32">
        <w:rPr>
          <w:rFonts w:asciiTheme="majorHAnsi" w:hAnsiTheme="majorHAnsi" w:cstheme="majorHAnsi"/>
        </w:rPr>
        <w:t xml:space="preserve">uit giften/donaties.   </w:t>
      </w:r>
    </w:p>
    <w:p w14:paraId="4451FB75" w14:textId="77777777" w:rsidR="003F6992" w:rsidRPr="00AD1A32" w:rsidRDefault="00724692" w:rsidP="003F6992">
      <w:pPr>
        <w:pStyle w:val="Lijstalinea"/>
        <w:numPr>
          <w:ilvl w:val="0"/>
          <w:numId w:val="17"/>
        </w:numPr>
        <w:rPr>
          <w:rFonts w:asciiTheme="majorHAnsi" w:hAnsiTheme="majorHAnsi" w:cstheme="majorHAnsi"/>
        </w:rPr>
      </w:pPr>
      <w:r w:rsidRPr="00AD1A32">
        <w:rPr>
          <w:rFonts w:asciiTheme="majorHAnsi" w:hAnsiTheme="majorHAnsi" w:cstheme="majorHAnsi"/>
        </w:rPr>
        <w:t xml:space="preserve">Actief inzetten op en investeren in fondsenwerving en relatiebeheer. </w:t>
      </w:r>
    </w:p>
    <w:p w14:paraId="5DB20F31" w14:textId="77777777" w:rsidR="000B18CA" w:rsidRPr="00AD1A32" w:rsidRDefault="00724692" w:rsidP="000B18CA">
      <w:pPr>
        <w:pStyle w:val="Lijstalinea"/>
        <w:numPr>
          <w:ilvl w:val="0"/>
          <w:numId w:val="17"/>
        </w:numPr>
        <w:rPr>
          <w:rFonts w:asciiTheme="majorHAnsi" w:hAnsiTheme="majorHAnsi" w:cstheme="majorHAnsi"/>
        </w:rPr>
      </w:pPr>
      <w:r w:rsidRPr="00AD1A32">
        <w:rPr>
          <w:rFonts w:asciiTheme="majorHAnsi" w:hAnsiTheme="majorHAnsi" w:cstheme="majorHAnsi"/>
        </w:rPr>
        <w:t>O</w:t>
      </w:r>
      <w:r w:rsidR="003F6992" w:rsidRPr="00AD1A32">
        <w:rPr>
          <w:rFonts w:asciiTheme="majorHAnsi" w:hAnsiTheme="majorHAnsi" w:cstheme="majorHAnsi"/>
        </w:rPr>
        <w:t>n</w:t>
      </w:r>
      <w:r w:rsidRPr="00AD1A32">
        <w:rPr>
          <w:rFonts w:asciiTheme="majorHAnsi" w:hAnsiTheme="majorHAnsi" w:cstheme="majorHAnsi"/>
        </w:rPr>
        <w:t>s vizier gericht houden op mogelijke incidentele projecten of</w:t>
      </w:r>
      <w:r w:rsidR="003F6992" w:rsidRPr="00AD1A32">
        <w:rPr>
          <w:rFonts w:asciiTheme="majorHAnsi" w:hAnsiTheme="majorHAnsi" w:cstheme="majorHAnsi"/>
        </w:rPr>
        <w:t xml:space="preserve"> </w:t>
      </w:r>
      <w:r w:rsidRPr="00AD1A32">
        <w:rPr>
          <w:rFonts w:asciiTheme="majorHAnsi" w:hAnsiTheme="majorHAnsi" w:cstheme="majorHAnsi"/>
        </w:rPr>
        <w:t>speciale acties die</w:t>
      </w:r>
      <w:r w:rsidR="003F6992" w:rsidRPr="00AD1A32">
        <w:rPr>
          <w:rFonts w:asciiTheme="majorHAnsi" w:hAnsiTheme="majorHAnsi" w:cstheme="majorHAnsi"/>
        </w:rPr>
        <w:t xml:space="preserve"> </w:t>
      </w:r>
      <w:r w:rsidRPr="00AD1A32">
        <w:rPr>
          <w:rFonts w:asciiTheme="majorHAnsi" w:hAnsiTheme="majorHAnsi" w:cstheme="majorHAnsi"/>
        </w:rPr>
        <w:t>we kunnen aanmelden voor een externe</w:t>
      </w:r>
      <w:r w:rsidR="003F6992" w:rsidRPr="00AD1A32">
        <w:rPr>
          <w:rFonts w:asciiTheme="majorHAnsi" w:hAnsiTheme="majorHAnsi" w:cstheme="majorHAnsi"/>
        </w:rPr>
        <w:t xml:space="preserve"> </w:t>
      </w:r>
      <w:r w:rsidRPr="00AD1A32">
        <w:rPr>
          <w:rFonts w:asciiTheme="majorHAnsi" w:hAnsiTheme="majorHAnsi" w:cstheme="majorHAnsi"/>
        </w:rPr>
        <w:t>financiering.</w:t>
      </w:r>
    </w:p>
    <w:p w14:paraId="6765E4C8" w14:textId="68A18FBA" w:rsidR="00A23F18" w:rsidRPr="00AD1A32" w:rsidRDefault="00A23F18" w:rsidP="000B18CA">
      <w:pPr>
        <w:pStyle w:val="Lijstalinea"/>
        <w:numPr>
          <w:ilvl w:val="0"/>
          <w:numId w:val="17"/>
        </w:numPr>
        <w:rPr>
          <w:rFonts w:asciiTheme="majorHAnsi" w:hAnsiTheme="majorHAnsi" w:cstheme="majorHAnsi"/>
        </w:rPr>
      </w:pPr>
      <w:r w:rsidRPr="00AD1A32">
        <w:rPr>
          <w:rFonts w:asciiTheme="majorHAnsi" w:hAnsiTheme="majorHAnsi" w:cstheme="majorHAnsi"/>
        </w:rPr>
        <w:t xml:space="preserve">Faciliteren van </w:t>
      </w:r>
      <w:r w:rsidR="006648D0" w:rsidRPr="00AD1A32">
        <w:rPr>
          <w:rFonts w:asciiTheme="majorHAnsi" w:hAnsiTheme="majorHAnsi" w:cstheme="majorHAnsi"/>
        </w:rPr>
        <w:t>kleding en cursussen voor de vrijwilligers.</w:t>
      </w:r>
    </w:p>
    <w:p w14:paraId="1AEED563" w14:textId="004B91AD" w:rsidR="00501F52" w:rsidRPr="00AD1A32" w:rsidRDefault="00724692" w:rsidP="000B18CA">
      <w:pPr>
        <w:pStyle w:val="Lijstalinea"/>
        <w:numPr>
          <w:ilvl w:val="0"/>
          <w:numId w:val="17"/>
        </w:numPr>
        <w:rPr>
          <w:rFonts w:asciiTheme="majorHAnsi" w:hAnsiTheme="majorHAnsi" w:cstheme="majorHAnsi"/>
        </w:rPr>
      </w:pPr>
      <w:r w:rsidRPr="00AD1A32">
        <w:rPr>
          <w:rFonts w:asciiTheme="majorHAnsi" w:hAnsiTheme="majorHAnsi" w:cstheme="majorHAnsi"/>
        </w:rPr>
        <w:t>O</w:t>
      </w:r>
      <w:r w:rsidR="00A23F18" w:rsidRPr="00AD1A32">
        <w:rPr>
          <w:rFonts w:asciiTheme="majorHAnsi" w:hAnsiTheme="majorHAnsi" w:cstheme="majorHAnsi"/>
        </w:rPr>
        <w:t>nderzoeken of een vrijwilligersvergoeding binnen de begroting past.</w:t>
      </w:r>
    </w:p>
    <w:p w14:paraId="6A6E2BAF" w14:textId="389C6F1A" w:rsidR="009217A4" w:rsidRPr="00AD1A32" w:rsidRDefault="00B17F34" w:rsidP="000B18CA">
      <w:pPr>
        <w:pStyle w:val="Lijstalinea"/>
        <w:numPr>
          <w:ilvl w:val="0"/>
          <w:numId w:val="17"/>
        </w:numPr>
        <w:rPr>
          <w:rFonts w:asciiTheme="majorHAnsi" w:hAnsiTheme="majorHAnsi" w:cstheme="majorHAnsi"/>
        </w:rPr>
      </w:pPr>
      <w:r w:rsidRPr="00AD1A32">
        <w:rPr>
          <w:rFonts w:asciiTheme="majorHAnsi" w:hAnsiTheme="majorHAnsi" w:cstheme="majorHAnsi"/>
        </w:rPr>
        <w:t>Blijven c</w:t>
      </w:r>
      <w:r w:rsidR="0048675F" w:rsidRPr="00AD1A32">
        <w:rPr>
          <w:rFonts w:asciiTheme="majorHAnsi" w:hAnsiTheme="majorHAnsi" w:cstheme="majorHAnsi"/>
        </w:rPr>
        <w:t>hecken bij 144 en 0900-8844 of oproepen goed worden doorgezet</w:t>
      </w:r>
      <w:r w:rsidR="00641152">
        <w:rPr>
          <w:rFonts w:asciiTheme="majorHAnsi" w:hAnsiTheme="majorHAnsi" w:cstheme="majorHAnsi"/>
        </w:rPr>
        <w:t xml:space="preserve">, dit in combinatie met een vernieuwd telefoonsysteem. </w:t>
      </w:r>
    </w:p>
    <w:p w14:paraId="6EC1DCA4" w14:textId="28674928" w:rsidR="00501F52" w:rsidRPr="00AD1A32" w:rsidRDefault="00501F52">
      <w:pPr>
        <w:rPr>
          <w:rFonts w:asciiTheme="majorHAnsi" w:hAnsiTheme="majorHAnsi" w:cstheme="majorHAnsi"/>
        </w:rPr>
      </w:pPr>
    </w:p>
    <w:p w14:paraId="1E3A7D76" w14:textId="77777777" w:rsidR="00501F52" w:rsidRPr="00AD1A32" w:rsidRDefault="00501F52">
      <w:pPr>
        <w:rPr>
          <w:rFonts w:asciiTheme="majorHAnsi" w:hAnsiTheme="majorHAnsi" w:cstheme="majorHAnsi"/>
        </w:rPr>
      </w:pPr>
    </w:p>
    <w:p w14:paraId="44EBD156"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25CAB64C"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6CC04438"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2706048B"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2CE90710"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02C0BDFE" w14:textId="77777777" w:rsidR="00501F52" w:rsidRPr="00AD1A32" w:rsidRDefault="00724692">
      <w:pPr>
        <w:rPr>
          <w:rFonts w:asciiTheme="majorHAnsi" w:hAnsiTheme="majorHAnsi" w:cstheme="majorHAnsi"/>
        </w:rPr>
      </w:pPr>
      <w:r w:rsidRPr="00AD1A32">
        <w:rPr>
          <w:rFonts w:asciiTheme="majorHAnsi" w:hAnsiTheme="majorHAnsi" w:cstheme="majorHAnsi"/>
        </w:rPr>
        <w:lastRenderedPageBreak/>
        <w:t xml:space="preserve"> </w:t>
      </w:r>
    </w:p>
    <w:p w14:paraId="3087CD99" w14:textId="2A00F73C"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1620C699" w14:textId="1AAC5DAD" w:rsidR="00501F52" w:rsidRPr="00AF4FB2" w:rsidRDefault="00724692">
      <w:pPr>
        <w:rPr>
          <w:rFonts w:asciiTheme="majorHAnsi" w:hAnsiTheme="majorHAnsi" w:cstheme="majorHAnsi"/>
          <w:b/>
          <w:bCs/>
          <w:color w:val="76923C" w:themeColor="accent3" w:themeShade="BF"/>
          <w:sz w:val="32"/>
          <w:szCs w:val="32"/>
        </w:rPr>
      </w:pPr>
      <w:r w:rsidRPr="00AF4FB2">
        <w:rPr>
          <w:rFonts w:asciiTheme="majorHAnsi" w:hAnsiTheme="majorHAnsi" w:cstheme="majorHAnsi"/>
          <w:b/>
          <w:bCs/>
          <w:color w:val="76923C" w:themeColor="accent3" w:themeShade="BF"/>
          <w:sz w:val="32"/>
          <w:szCs w:val="32"/>
        </w:rPr>
        <w:t xml:space="preserve">Organisatie </w:t>
      </w:r>
      <w:r w:rsidR="007759AE">
        <w:rPr>
          <w:rFonts w:asciiTheme="majorHAnsi" w:hAnsiTheme="majorHAnsi" w:cstheme="majorHAnsi"/>
          <w:b/>
          <w:bCs/>
          <w:color w:val="76923C" w:themeColor="accent3" w:themeShade="BF"/>
          <w:sz w:val="32"/>
          <w:szCs w:val="32"/>
        </w:rPr>
        <w:t>Asiel en Dierenambulance</w:t>
      </w:r>
    </w:p>
    <w:p w14:paraId="4BE656A3" w14:textId="1B3061D5" w:rsidR="00501F52" w:rsidRPr="00AF4FB2" w:rsidRDefault="00724692">
      <w:pPr>
        <w:rPr>
          <w:rFonts w:asciiTheme="majorHAnsi" w:hAnsiTheme="majorHAnsi" w:cstheme="majorHAnsi"/>
          <w:color w:val="E36C0A" w:themeColor="accent6" w:themeShade="BF"/>
        </w:rPr>
      </w:pPr>
      <w:r w:rsidRPr="00AF4FB2">
        <w:rPr>
          <w:rFonts w:asciiTheme="majorHAnsi" w:hAnsiTheme="majorHAnsi" w:cstheme="majorHAnsi"/>
          <w:color w:val="E36C0A" w:themeColor="accent6" w:themeShade="BF"/>
        </w:rPr>
        <w:t>Ons bestuur</w:t>
      </w:r>
      <w:r w:rsidR="00D107BA">
        <w:rPr>
          <w:rFonts w:asciiTheme="majorHAnsi" w:hAnsiTheme="majorHAnsi" w:cstheme="majorHAnsi"/>
          <w:color w:val="E36C0A" w:themeColor="accent6" w:themeShade="BF"/>
        </w:rPr>
        <w:t xml:space="preserve"> van Stichting Asiel Roosendaal</w:t>
      </w:r>
      <w:r w:rsidR="004835A8" w:rsidRPr="00AF4FB2">
        <w:rPr>
          <w:rFonts w:asciiTheme="majorHAnsi" w:hAnsiTheme="majorHAnsi" w:cstheme="majorHAnsi"/>
          <w:color w:val="E36C0A" w:themeColor="accent6" w:themeShade="BF"/>
        </w:rPr>
        <w:t>:</w:t>
      </w:r>
    </w:p>
    <w:p w14:paraId="7A4DD4A0" w14:textId="0E0094E9" w:rsidR="00501F52" w:rsidRPr="00AD1A32" w:rsidRDefault="0060655C">
      <w:pPr>
        <w:rPr>
          <w:rFonts w:asciiTheme="majorHAnsi" w:hAnsiTheme="majorHAnsi" w:cstheme="majorHAnsi"/>
        </w:rPr>
      </w:pPr>
      <w:r w:rsidRPr="00E42171">
        <w:rPr>
          <w:rFonts w:asciiTheme="majorHAnsi" w:hAnsiTheme="majorHAnsi" w:cstheme="majorHAnsi"/>
          <w:b/>
          <w:bCs/>
        </w:rPr>
        <w:t>Jan van Hest</w:t>
      </w:r>
      <w:r w:rsidR="00BD1B8A">
        <w:rPr>
          <w:rFonts w:asciiTheme="majorHAnsi" w:hAnsiTheme="majorHAnsi" w:cstheme="majorHAnsi"/>
        </w:rPr>
        <w:t>, Voorzitter</w:t>
      </w:r>
    </w:p>
    <w:p w14:paraId="0DD28852" w14:textId="3545B940" w:rsidR="0060655C" w:rsidRDefault="0060655C">
      <w:pPr>
        <w:rPr>
          <w:rFonts w:asciiTheme="majorHAnsi" w:hAnsiTheme="majorHAnsi" w:cstheme="majorHAnsi"/>
        </w:rPr>
      </w:pPr>
      <w:r w:rsidRPr="00E42171">
        <w:rPr>
          <w:rFonts w:asciiTheme="majorHAnsi" w:hAnsiTheme="majorHAnsi" w:cstheme="majorHAnsi"/>
          <w:b/>
          <w:bCs/>
        </w:rPr>
        <w:t>Eline van Hest-</w:t>
      </w:r>
      <w:proofErr w:type="spellStart"/>
      <w:r w:rsidRPr="00E42171">
        <w:rPr>
          <w:rFonts w:asciiTheme="majorHAnsi" w:hAnsiTheme="majorHAnsi" w:cstheme="majorHAnsi"/>
          <w:b/>
          <w:bCs/>
        </w:rPr>
        <w:t>Bierings</w:t>
      </w:r>
      <w:proofErr w:type="spellEnd"/>
      <w:r w:rsidR="00BD1B8A">
        <w:rPr>
          <w:rFonts w:asciiTheme="majorHAnsi" w:hAnsiTheme="majorHAnsi" w:cstheme="majorHAnsi"/>
        </w:rPr>
        <w:t>, Penningmeester</w:t>
      </w:r>
    </w:p>
    <w:p w14:paraId="24D0B825" w14:textId="69475E73" w:rsidR="00BD1B8A" w:rsidRDefault="00BD1B8A">
      <w:pPr>
        <w:rPr>
          <w:rFonts w:asciiTheme="majorHAnsi" w:hAnsiTheme="majorHAnsi" w:cstheme="majorHAnsi"/>
        </w:rPr>
      </w:pPr>
      <w:r>
        <w:rPr>
          <w:rFonts w:asciiTheme="majorHAnsi" w:hAnsiTheme="majorHAnsi" w:cstheme="majorHAnsi"/>
        </w:rPr>
        <w:t xml:space="preserve">Werving voor aanvullende bestuursleden is gestart. </w:t>
      </w:r>
      <w:r w:rsidR="00976F18">
        <w:rPr>
          <w:rFonts w:asciiTheme="majorHAnsi" w:hAnsiTheme="majorHAnsi" w:cstheme="majorHAnsi"/>
        </w:rPr>
        <w:t xml:space="preserve">Het bestuur voert hun taken </w:t>
      </w:r>
      <w:r w:rsidR="00993F35">
        <w:rPr>
          <w:rFonts w:asciiTheme="majorHAnsi" w:hAnsiTheme="majorHAnsi" w:cstheme="majorHAnsi"/>
        </w:rPr>
        <w:t>onbezoldigd uit.</w:t>
      </w:r>
    </w:p>
    <w:p w14:paraId="19AD10CC"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Ons </w:t>
      </w:r>
      <w:r w:rsidRPr="006C4781">
        <w:rPr>
          <w:rFonts w:asciiTheme="majorHAnsi" w:hAnsiTheme="majorHAnsi" w:cstheme="majorHAnsi"/>
          <w:color w:val="E36C0A" w:themeColor="accent6" w:themeShade="BF"/>
        </w:rPr>
        <w:t xml:space="preserve">team van werknemers </w:t>
      </w:r>
      <w:r w:rsidRPr="00AD1A32">
        <w:rPr>
          <w:rFonts w:asciiTheme="majorHAnsi" w:hAnsiTheme="majorHAnsi" w:cstheme="majorHAnsi"/>
        </w:rPr>
        <w:t xml:space="preserve">bestaat uit: </w:t>
      </w:r>
    </w:p>
    <w:p w14:paraId="46828DDE" w14:textId="01FB77F8" w:rsidR="00501F52" w:rsidRPr="00AD56E9" w:rsidRDefault="00724692" w:rsidP="001D0A4B">
      <w:pPr>
        <w:pStyle w:val="Geenafstand"/>
        <w:rPr>
          <w:rFonts w:asciiTheme="majorHAnsi" w:hAnsiTheme="majorHAnsi" w:cstheme="majorHAnsi"/>
          <w:lang w:val="nl-NL"/>
        </w:rPr>
      </w:pPr>
      <w:r w:rsidRPr="00AD56E9">
        <w:rPr>
          <w:rFonts w:asciiTheme="majorHAnsi" w:hAnsiTheme="majorHAnsi" w:cstheme="majorHAnsi"/>
          <w:lang w:val="nl-NL"/>
        </w:rPr>
        <w:t xml:space="preserve">7 dierverzorgers </w:t>
      </w:r>
      <w:r w:rsidR="006C4781" w:rsidRPr="00AD56E9">
        <w:rPr>
          <w:rFonts w:asciiTheme="majorHAnsi" w:hAnsiTheme="majorHAnsi" w:cstheme="majorHAnsi"/>
          <w:lang w:val="nl-NL"/>
        </w:rPr>
        <w:t>(parttime)</w:t>
      </w:r>
    </w:p>
    <w:p w14:paraId="78FF71ED" w14:textId="0E77B0E2" w:rsidR="00A85CB0" w:rsidRPr="00AD56E9" w:rsidRDefault="00C60F6B" w:rsidP="001D0A4B">
      <w:pPr>
        <w:pStyle w:val="Geenafstand"/>
        <w:rPr>
          <w:rFonts w:asciiTheme="majorHAnsi" w:hAnsiTheme="majorHAnsi" w:cstheme="majorHAnsi"/>
          <w:lang w:val="nl-NL"/>
        </w:rPr>
      </w:pPr>
      <w:r w:rsidRPr="00AD56E9">
        <w:rPr>
          <w:rFonts w:asciiTheme="majorHAnsi" w:hAnsiTheme="majorHAnsi" w:cstheme="majorHAnsi"/>
          <w:lang w:val="nl-NL"/>
        </w:rPr>
        <w:t>5 vrijwilligers opvang</w:t>
      </w:r>
    </w:p>
    <w:p w14:paraId="30A552EB" w14:textId="6FE7D7DE" w:rsidR="001D0A4B" w:rsidRPr="00AD56E9" w:rsidRDefault="00C269D0" w:rsidP="001D0A4B">
      <w:pPr>
        <w:pStyle w:val="Geenafstand"/>
        <w:rPr>
          <w:rFonts w:asciiTheme="majorHAnsi" w:hAnsiTheme="majorHAnsi" w:cstheme="majorHAnsi"/>
          <w:lang w:val="nl-NL"/>
        </w:rPr>
      </w:pPr>
      <w:r w:rsidRPr="00AD56E9">
        <w:rPr>
          <w:rFonts w:asciiTheme="majorHAnsi" w:hAnsiTheme="majorHAnsi" w:cstheme="majorHAnsi"/>
          <w:lang w:val="nl-NL"/>
        </w:rPr>
        <w:t>1 baliemedewerker</w:t>
      </w:r>
    </w:p>
    <w:p w14:paraId="6DD2E258" w14:textId="47F6CCD1" w:rsidR="00044EBC" w:rsidRPr="00AD56E9" w:rsidRDefault="00044EBC" w:rsidP="001D0A4B">
      <w:pPr>
        <w:pStyle w:val="Geenafstand"/>
        <w:rPr>
          <w:rFonts w:asciiTheme="majorHAnsi" w:hAnsiTheme="majorHAnsi" w:cstheme="majorHAnsi"/>
          <w:lang w:val="nl-NL"/>
        </w:rPr>
      </w:pPr>
      <w:r w:rsidRPr="00AD56E9">
        <w:rPr>
          <w:rFonts w:asciiTheme="majorHAnsi" w:hAnsiTheme="majorHAnsi" w:cstheme="majorHAnsi"/>
          <w:lang w:val="nl-NL"/>
        </w:rPr>
        <w:t>1 teamleider</w:t>
      </w:r>
      <w:r w:rsidR="00422093" w:rsidRPr="00AD56E9">
        <w:rPr>
          <w:rFonts w:asciiTheme="majorHAnsi" w:hAnsiTheme="majorHAnsi" w:cstheme="majorHAnsi"/>
          <w:lang w:val="nl-NL"/>
        </w:rPr>
        <w:t xml:space="preserve"> </w:t>
      </w:r>
    </w:p>
    <w:p w14:paraId="0D0B583C" w14:textId="77777777" w:rsidR="00501F52" w:rsidRPr="00AD1A32" w:rsidRDefault="00501F52">
      <w:pPr>
        <w:rPr>
          <w:rFonts w:asciiTheme="majorHAnsi" w:hAnsiTheme="majorHAnsi" w:cstheme="majorHAnsi"/>
        </w:rPr>
      </w:pPr>
    </w:p>
    <w:p w14:paraId="64F022D5" w14:textId="60D4F42F" w:rsidR="00501F52" w:rsidRPr="00AD56E9" w:rsidRDefault="00724692" w:rsidP="007C7CC7">
      <w:pPr>
        <w:pStyle w:val="Geenafstand"/>
        <w:rPr>
          <w:rFonts w:asciiTheme="majorHAnsi" w:hAnsiTheme="majorHAnsi" w:cstheme="majorHAnsi"/>
          <w:lang w:val="nl-NL"/>
        </w:rPr>
      </w:pPr>
      <w:r w:rsidRPr="00AD56E9">
        <w:rPr>
          <w:rFonts w:asciiTheme="majorHAnsi" w:hAnsiTheme="majorHAnsi" w:cstheme="majorHAnsi"/>
          <w:lang w:val="nl-NL"/>
        </w:rPr>
        <w:t xml:space="preserve">Samen zijn ze verantwoordelijk voor de dierverzorging en de begeleiding van vrijwilligers en stagiaires.  </w:t>
      </w:r>
    </w:p>
    <w:p w14:paraId="2594D362" w14:textId="77777777" w:rsidR="00C60F6B" w:rsidRPr="00AD56E9" w:rsidRDefault="00C60F6B" w:rsidP="007C7CC7">
      <w:pPr>
        <w:pStyle w:val="Geenafstand"/>
        <w:rPr>
          <w:rFonts w:asciiTheme="majorHAnsi" w:hAnsiTheme="majorHAnsi" w:cstheme="majorHAnsi"/>
          <w:lang w:val="nl-NL"/>
        </w:rPr>
      </w:pPr>
    </w:p>
    <w:p w14:paraId="481ECF7D" w14:textId="77777777" w:rsidR="007759AE" w:rsidRPr="00AD56E9" w:rsidRDefault="007759AE" w:rsidP="007C7CC7">
      <w:pPr>
        <w:pStyle w:val="Geenafstand"/>
        <w:rPr>
          <w:rFonts w:asciiTheme="majorHAnsi" w:hAnsiTheme="majorHAnsi" w:cstheme="majorHAnsi"/>
          <w:lang w:val="nl-NL"/>
        </w:rPr>
      </w:pPr>
    </w:p>
    <w:p w14:paraId="76C224A2" w14:textId="23DDE388" w:rsidR="007759AE" w:rsidRPr="00AD56E9" w:rsidRDefault="007759AE" w:rsidP="007C7CC7">
      <w:pPr>
        <w:pStyle w:val="Geenafstand"/>
        <w:rPr>
          <w:rFonts w:asciiTheme="majorHAnsi" w:hAnsiTheme="majorHAnsi" w:cstheme="majorHAnsi"/>
          <w:color w:val="E36C0A" w:themeColor="accent6" w:themeShade="BF"/>
          <w:lang w:val="nl-NL"/>
        </w:rPr>
      </w:pPr>
      <w:r w:rsidRPr="00AD56E9">
        <w:rPr>
          <w:rFonts w:asciiTheme="majorHAnsi" w:hAnsiTheme="majorHAnsi" w:cstheme="majorHAnsi"/>
          <w:color w:val="E36C0A" w:themeColor="accent6" w:themeShade="BF"/>
          <w:lang w:val="nl-NL"/>
        </w:rPr>
        <w:t>Ons bestuur van Stichting Dierenambulance West Brabant</w:t>
      </w:r>
    </w:p>
    <w:p w14:paraId="381E3613" w14:textId="77777777" w:rsidR="007759AE" w:rsidRPr="00AD56E9" w:rsidRDefault="007759AE" w:rsidP="007C7CC7">
      <w:pPr>
        <w:pStyle w:val="Geenafstand"/>
        <w:rPr>
          <w:rFonts w:asciiTheme="majorHAnsi" w:hAnsiTheme="majorHAnsi" w:cstheme="majorHAnsi"/>
          <w:lang w:val="nl-NL"/>
        </w:rPr>
      </w:pPr>
    </w:p>
    <w:p w14:paraId="366E07DE" w14:textId="0CDF4650" w:rsidR="00D140C6" w:rsidRPr="00AD56E9" w:rsidRDefault="00E42171" w:rsidP="007C7CC7">
      <w:pPr>
        <w:pStyle w:val="Geenafstand"/>
        <w:rPr>
          <w:rFonts w:asciiTheme="majorHAnsi" w:hAnsiTheme="majorHAnsi" w:cstheme="majorHAnsi"/>
          <w:lang w:val="nl-NL"/>
        </w:rPr>
      </w:pPr>
      <w:r w:rsidRPr="00AD56E9">
        <w:rPr>
          <w:rFonts w:asciiTheme="majorHAnsi" w:hAnsiTheme="majorHAnsi" w:cstheme="majorHAnsi"/>
          <w:b/>
          <w:bCs/>
          <w:lang w:val="nl-NL"/>
        </w:rPr>
        <w:t>Boris Timmers</w:t>
      </w:r>
      <w:r w:rsidRPr="00AD56E9">
        <w:rPr>
          <w:rFonts w:asciiTheme="majorHAnsi" w:hAnsiTheme="majorHAnsi" w:cstheme="majorHAnsi"/>
          <w:lang w:val="nl-NL"/>
        </w:rPr>
        <w:t>, Voorzitter</w:t>
      </w:r>
    </w:p>
    <w:p w14:paraId="4ABF3416" w14:textId="21492486" w:rsidR="00E42171" w:rsidRPr="00AD56E9" w:rsidRDefault="00E42171" w:rsidP="007C7CC7">
      <w:pPr>
        <w:pStyle w:val="Geenafstand"/>
        <w:rPr>
          <w:rFonts w:asciiTheme="majorHAnsi" w:hAnsiTheme="majorHAnsi" w:cstheme="majorHAnsi"/>
          <w:lang w:val="nl-NL"/>
        </w:rPr>
      </w:pPr>
      <w:r w:rsidRPr="00AD56E9">
        <w:rPr>
          <w:rFonts w:asciiTheme="majorHAnsi" w:hAnsiTheme="majorHAnsi" w:cstheme="majorHAnsi"/>
          <w:b/>
          <w:bCs/>
          <w:lang w:val="nl-NL"/>
        </w:rPr>
        <w:t xml:space="preserve">Jan van Hest, </w:t>
      </w:r>
      <w:r w:rsidRPr="00AD56E9">
        <w:rPr>
          <w:rFonts w:asciiTheme="majorHAnsi" w:hAnsiTheme="majorHAnsi" w:cstheme="majorHAnsi"/>
          <w:lang w:val="nl-NL"/>
        </w:rPr>
        <w:t>Secretaris</w:t>
      </w:r>
    </w:p>
    <w:p w14:paraId="30172A95" w14:textId="38ED1FF5" w:rsidR="00BF1FB2" w:rsidRPr="00AD56E9" w:rsidRDefault="00BF1FB2" w:rsidP="007C7CC7">
      <w:pPr>
        <w:pStyle w:val="Geenafstand"/>
        <w:rPr>
          <w:rFonts w:asciiTheme="majorHAnsi" w:hAnsiTheme="majorHAnsi" w:cstheme="majorHAnsi"/>
          <w:lang w:val="nl-NL"/>
        </w:rPr>
      </w:pPr>
      <w:r w:rsidRPr="00AD56E9">
        <w:rPr>
          <w:rFonts w:asciiTheme="majorHAnsi" w:hAnsiTheme="majorHAnsi" w:cstheme="majorHAnsi"/>
          <w:b/>
          <w:bCs/>
          <w:lang w:val="nl-NL"/>
        </w:rPr>
        <w:t>Eline van Hest-</w:t>
      </w:r>
      <w:proofErr w:type="spellStart"/>
      <w:r w:rsidRPr="00AD56E9">
        <w:rPr>
          <w:rFonts w:asciiTheme="majorHAnsi" w:hAnsiTheme="majorHAnsi" w:cstheme="majorHAnsi"/>
          <w:b/>
          <w:bCs/>
          <w:lang w:val="nl-NL"/>
        </w:rPr>
        <w:t>Bierings</w:t>
      </w:r>
      <w:proofErr w:type="spellEnd"/>
      <w:r w:rsidRPr="00AD56E9">
        <w:rPr>
          <w:rFonts w:asciiTheme="majorHAnsi" w:hAnsiTheme="majorHAnsi" w:cstheme="majorHAnsi"/>
          <w:b/>
          <w:bCs/>
          <w:lang w:val="nl-NL"/>
        </w:rPr>
        <w:t xml:space="preserve">, </w:t>
      </w:r>
      <w:r w:rsidRPr="00AD56E9">
        <w:rPr>
          <w:rFonts w:asciiTheme="majorHAnsi" w:hAnsiTheme="majorHAnsi" w:cstheme="majorHAnsi"/>
          <w:lang w:val="nl-NL"/>
        </w:rPr>
        <w:t>Penningmeester</w:t>
      </w:r>
    </w:p>
    <w:p w14:paraId="38F56A48" w14:textId="63F35ADE" w:rsidR="00BF1FB2" w:rsidRPr="00AD56E9" w:rsidRDefault="00BF1FB2" w:rsidP="007C7CC7">
      <w:pPr>
        <w:pStyle w:val="Geenafstand"/>
        <w:rPr>
          <w:rFonts w:asciiTheme="majorHAnsi" w:hAnsiTheme="majorHAnsi" w:cstheme="majorHAnsi"/>
          <w:lang w:val="nl-NL"/>
        </w:rPr>
      </w:pPr>
      <w:r w:rsidRPr="00AD56E9">
        <w:rPr>
          <w:rFonts w:asciiTheme="majorHAnsi" w:hAnsiTheme="majorHAnsi" w:cstheme="majorHAnsi"/>
          <w:b/>
          <w:bCs/>
          <w:lang w:val="nl-NL"/>
        </w:rPr>
        <w:t>Anouk van der Velde,</w:t>
      </w:r>
      <w:r w:rsidR="004C46FC" w:rsidRPr="00AD56E9">
        <w:rPr>
          <w:rFonts w:asciiTheme="majorHAnsi" w:hAnsiTheme="majorHAnsi" w:cstheme="majorHAnsi"/>
          <w:b/>
          <w:bCs/>
          <w:lang w:val="nl-NL"/>
        </w:rPr>
        <w:t xml:space="preserve"> </w:t>
      </w:r>
      <w:r w:rsidR="00E654A8" w:rsidRPr="00AD56E9">
        <w:rPr>
          <w:rFonts w:asciiTheme="majorHAnsi" w:hAnsiTheme="majorHAnsi" w:cstheme="majorHAnsi"/>
          <w:lang w:val="nl-NL"/>
        </w:rPr>
        <w:t xml:space="preserve">Strategisch </w:t>
      </w:r>
      <w:proofErr w:type="spellStart"/>
      <w:r w:rsidR="00E654A8" w:rsidRPr="00AD56E9">
        <w:rPr>
          <w:rFonts w:asciiTheme="majorHAnsi" w:hAnsiTheme="majorHAnsi" w:cstheme="majorHAnsi"/>
          <w:lang w:val="nl-NL"/>
        </w:rPr>
        <w:t>bestuurlid</w:t>
      </w:r>
      <w:proofErr w:type="spellEnd"/>
    </w:p>
    <w:p w14:paraId="20253710" w14:textId="08D85875" w:rsidR="00E654A8" w:rsidRPr="00AD56E9" w:rsidRDefault="00E654A8" w:rsidP="007C7CC7">
      <w:pPr>
        <w:pStyle w:val="Geenafstand"/>
        <w:rPr>
          <w:rFonts w:asciiTheme="majorHAnsi" w:hAnsiTheme="majorHAnsi" w:cstheme="majorHAnsi"/>
          <w:lang w:val="nl-NL"/>
        </w:rPr>
      </w:pPr>
      <w:r w:rsidRPr="00AD56E9">
        <w:rPr>
          <w:rFonts w:asciiTheme="majorHAnsi" w:hAnsiTheme="majorHAnsi" w:cstheme="majorHAnsi"/>
          <w:b/>
          <w:bCs/>
          <w:lang w:val="nl-NL"/>
        </w:rPr>
        <w:t>Pieter</w:t>
      </w:r>
      <w:r w:rsidR="007A022B" w:rsidRPr="00AD56E9">
        <w:rPr>
          <w:rFonts w:asciiTheme="majorHAnsi" w:hAnsiTheme="majorHAnsi" w:cstheme="majorHAnsi"/>
          <w:b/>
          <w:bCs/>
          <w:lang w:val="nl-NL"/>
        </w:rPr>
        <w:t xml:space="preserve"> </w:t>
      </w:r>
      <w:proofErr w:type="spellStart"/>
      <w:r w:rsidR="007A022B" w:rsidRPr="00AD56E9">
        <w:rPr>
          <w:rFonts w:asciiTheme="majorHAnsi" w:hAnsiTheme="majorHAnsi" w:cstheme="majorHAnsi"/>
          <w:b/>
          <w:bCs/>
          <w:lang w:val="nl-NL"/>
        </w:rPr>
        <w:t>Mighorst</w:t>
      </w:r>
      <w:proofErr w:type="spellEnd"/>
      <w:r w:rsidR="007A022B" w:rsidRPr="00AD56E9">
        <w:rPr>
          <w:rFonts w:asciiTheme="majorHAnsi" w:hAnsiTheme="majorHAnsi" w:cstheme="majorHAnsi"/>
          <w:b/>
          <w:bCs/>
          <w:lang w:val="nl-NL"/>
        </w:rPr>
        <w:t xml:space="preserve">, </w:t>
      </w:r>
      <w:r w:rsidR="0071199F" w:rsidRPr="00AD56E9">
        <w:rPr>
          <w:rFonts w:asciiTheme="majorHAnsi" w:hAnsiTheme="majorHAnsi" w:cstheme="majorHAnsi"/>
          <w:lang w:val="nl-NL"/>
        </w:rPr>
        <w:t>Algemeen bestuurslid</w:t>
      </w:r>
    </w:p>
    <w:p w14:paraId="68D45DBE" w14:textId="77777777" w:rsidR="007759AE" w:rsidRPr="00AD56E9" w:rsidRDefault="007759AE" w:rsidP="007C7CC7">
      <w:pPr>
        <w:pStyle w:val="Geenafstand"/>
        <w:rPr>
          <w:rFonts w:asciiTheme="majorHAnsi" w:hAnsiTheme="majorHAnsi" w:cstheme="majorHAnsi"/>
          <w:lang w:val="nl-NL"/>
        </w:rPr>
      </w:pPr>
    </w:p>
    <w:p w14:paraId="40E630EF" w14:textId="2D083B19" w:rsidR="00FC24D3" w:rsidRPr="00AD56E9" w:rsidRDefault="00FC24D3" w:rsidP="007C7CC7">
      <w:pPr>
        <w:pStyle w:val="Geenafstand"/>
        <w:rPr>
          <w:rFonts w:asciiTheme="majorHAnsi" w:hAnsiTheme="majorHAnsi" w:cstheme="majorHAnsi"/>
          <w:lang w:val="nl-NL"/>
        </w:rPr>
      </w:pPr>
      <w:r w:rsidRPr="00AD56E9">
        <w:rPr>
          <w:rFonts w:asciiTheme="majorHAnsi" w:hAnsiTheme="majorHAnsi" w:cstheme="majorHAnsi"/>
          <w:lang w:val="nl-NL"/>
        </w:rPr>
        <w:t xml:space="preserve">Het bestuur voert hun taken onbezoldigd uit. </w:t>
      </w:r>
    </w:p>
    <w:p w14:paraId="5785602B" w14:textId="77777777" w:rsidR="00FC24D3" w:rsidRPr="00AD56E9" w:rsidRDefault="00FC24D3" w:rsidP="007C7CC7">
      <w:pPr>
        <w:pStyle w:val="Geenafstand"/>
        <w:rPr>
          <w:rFonts w:asciiTheme="majorHAnsi" w:hAnsiTheme="majorHAnsi" w:cstheme="majorHAnsi"/>
          <w:lang w:val="nl-NL"/>
        </w:rPr>
      </w:pPr>
    </w:p>
    <w:p w14:paraId="5718679D" w14:textId="426B9C3D" w:rsidR="00C60F6B" w:rsidRPr="00AD56E9" w:rsidRDefault="00FC24D3" w:rsidP="007C7CC7">
      <w:pPr>
        <w:pStyle w:val="Geenafstand"/>
        <w:rPr>
          <w:rFonts w:asciiTheme="majorHAnsi" w:hAnsiTheme="majorHAnsi" w:cstheme="majorHAnsi"/>
          <w:lang w:val="nl-NL"/>
        </w:rPr>
      </w:pPr>
      <w:r w:rsidRPr="00AD56E9">
        <w:rPr>
          <w:rFonts w:asciiTheme="majorHAnsi" w:hAnsiTheme="majorHAnsi" w:cstheme="majorHAnsi"/>
          <w:lang w:val="nl-NL"/>
        </w:rPr>
        <w:t>Er zijn op dit moment</w:t>
      </w:r>
      <w:r w:rsidR="00C60F6B" w:rsidRPr="00AD56E9">
        <w:rPr>
          <w:rFonts w:asciiTheme="majorHAnsi" w:hAnsiTheme="majorHAnsi" w:cstheme="majorHAnsi"/>
          <w:lang w:val="nl-NL"/>
        </w:rPr>
        <w:t xml:space="preserve"> 7 vrijwilligers</w:t>
      </w:r>
      <w:r w:rsidR="00001114" w:rsidRPr="00AD56E9">
        <w:rPr>
          <w:rFonts w:asciiTheme="majorHAnsi" w:hAnsiTheme="majorHAnsi" w:cstheme="majorHAnsi"/>
          <w:lang w:val="nl-NL"/>
        </w:rPr>
        <w:t>, waaronder ook bestuursleden,</w:t>
      </w:r>
      <w:r w:rsidR="00C60F6B" w:rsidRPr="00AD56E9">
        <w:rPr>
          <w:rFonts w:asciiTheme="majorHAnsi" w:hAnsiTheme="majorHAnsi" w:cstheme="majorHAnsi"/>
          <w:lang w:val="nl-NL"/>
        </w:rPr>
        <w:t xml:space="preserve"> die voor een 24/7 beschikbaarheid van de dierenambulance zorgen. </w:t>
      </w:r>
      <w:r w:rsidR="003921AC" w:rsidRPr="00AD56E9">
        <w:rPr>
          <w:rFonts w:asciiTheme="majorHAnsi" w:hAnsiTheme="majorHAnsi" w:cstheme="majorHAnsi"/>
          <w:lang w:val="nl-NL"/>
        </w:rPr>
        <w:t>Deze vrijwilligers vallen ook onder de aansturing van de teamleider en baliemedewerker</w:t>
      </w:r>
      <w:r w:rsidR="001175C2" w:rsidRPr="00AD56E9">
        <w:rPr>
          <w:rFonts w:asciiTheme="majorHAnsi" w:hAnsiTheme="majorHAnsi" w:cstheme="majorHAnsi"/>
          <w:lang w:val="nl-NL"/>
        </w:rPr>
        <w:t xml:space="preserve"> van het Asiel</w:t>
      </w:r>
      <w:r w:rsidR="003921AC" w:rsidRPr="00AD56E9">
        <w:rPr>
          <w:rFonts w:asciiTheme="majorHAnsi" w:hAnsiTheme="majorHAnsi" w:cstheme="majorHAnsi"/>
          <w:lang w:val="nl-NL"/>
        </w:rPr>
        <w:t xml:space="preserve">. </w:t>
      </w:r>
      <w:r w:rsidR="00300C55" w:rsidRPr="00AD56E9">
        <w:rPr>
          <w:rFonts w:asciiTheme="majorHAnsi" w:hAnsiTheme="majorHAnsi" w:cstheme="majorHAnsi"/>
          <w:lang w:val="nl-NL"/>
        </w:rPr>
        <w:t>De planning is om hier een 2e ambulance en meer vrijwilligers aan toe te voegen</w:t>
      </w:r>
      <w:r w:rsidR="00CF21E6" w:rsidRPr="00AD56E9">
        <w:rPr>
          <w:rFonts w:asciiTheme="majorHAnsi" w:hAnsiTheme="majorHAnsi" w:cstheme="majorHAnsi"/>
          <w:lang w:val="nl-NL"/>
        </w:rPr>
        <w:t>, aangezien we een groot werkgebied bedienen.</w:t>
      </w:r>
    </w:p>
    <w:p w14:paraId="6B753A0A" w14:textId="77777777" w:rsidR="00501F52" w:rsidRPr="00AD1A32" w:rsidRDefault="00501F52">
      <w:pPr>
        <w:rPr>
          <w:rFonts w:asciiTheme="majorHAnsi" w:hAnsiTheme="majorHAnsi" w:cstheme="majorHAnsi"/>
        </w:rPr>
      </w:pPr>
    </w:p>
    <w:p w14:paraId="0B408AB8" w14:textId="3B29D3CD" w:rsidR="00501F52" w:rsidRPr="00AD1A32" w:rsidRDefault="00501F52">
      <w:pPr>
        <w:rPr>
          <w:rFonts w:asciiTheme="majorHAnsi" w:hAnsiTheme="majorHAnsi" w:cstheme="majorHAnsi"/>
        </w:rPr>
      </w:pPr>
    </w:p>
    <w:p w14:paraId="46167CB3" w14:textId="77777777" w:rsidR="00501F52" w:rsidRPr="00AD1A32" w:rsidRDefault="00501F52">
      <w:pPr>
        <w:rPr>
          <w:rFonts w:asciiTheme="majorHAnsi" w:hAnsiTheme="majorHAnsi" w:cstheme="majorHAnsi"/>
        </w:rPr>
      </w:pPr>
    </w:p>
    <w:p w14:paraId="67BAC048" w14:textId="77777777" w:rsidR="00501F52" w:rsidRPr="00AD1A32" w:rsidRDefault="00724692">
      <w:pPr>
        <w:rPr>
          <w:rFonts w:asciiTheme="majorHAnsi" w:hAnsiTheme="majorHAnsi" w:cstheme="majorHAnsi"/>
        </w:rPr>
      </w:pPr>
      <w:r w:rsidRPr="00AD1A32">
        <w:rPr>
          <w:rFonts w:asciiTheme="majorHAnsi" w:hAnsiTheme="majorHAnsi" w:cstheme="majorHAnsi"/>
        </w:rPr>
        <w:lastRenderedPageBreak/>
        <w:t xml:space="preserve"> </w:t>
      </w:r>
    </w:p>
    <w:p w14:paraId="026F8185"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0AC88C5C" w14:textId="77777777"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0CDE1E8E" w14:textId="65B606EC" w:rsidR="00501F52" w:rsidRPr="00AD1A32" w:rsidRDefault="00724692">
      <w:pPr>
        <w:rPr>
          <w:rFonts w:asciiTheme="majorHAnsi" w:hAnsiTheme="majorHAnsi" w:cstheme="majorHAnsi"/>
        </w:rPr>
      </w:pPr>
      <w:r w:rsidRPr="00AD1A32">
        <w:rPr>
          <w:rFonts w:asciiTheme="majorHAnsi" w:hAnsiTheme="majorHAnsi" w:cstheme="majorHAnsi"/>
        </w:rPr>
        <w:t xml:space="preserve"> </w:t>
      </w:r>
    </w:p>
    <w:p w14:paraId="1D319F5E" w14:textId="07658D51" w:rsidR="00501F52" w:rsidRPr="000A3C93" w:rsidRDefault="00724692">
      <w:pPr>
        <w:rPr>
          <w:rFonts w:asciiTheme="majorHAnsi" w:hAnsiTheme="majorHAnsi" w:cstheme="majorHAnsi"/>
          <w:b/>
          <w:bCs/>
          <w:color w:val="76923C" w:themeColor="accent3" w:themeShade="BF"/>
          <w:sz w:val="32"/>
          <w:szCs w:val="32"/>
        </w:rPr>
      </w:pPr>
      <w:r w:rsidRPr="000A3C93">
        <w:rPr>
          <w:rFonts w:asciiTheme="majorHAnsi" w:hAnsiTheme="majorHAnsi" w:cstheme="majorHAnsi"/>
          <w:b/>
          <w:bCs/>
          <w:color w:val="76923C" w:themeColor="accent3" w:themeShade="BF"/>
          <w:sz w:val="32"/>
          <w:szCs w:val="32"/>
        </w:rPr>
        <w:t xml:space="preserve">Financiën </w:t>
      </w:r>
    </w:p>
    <w:p w14:paraId="2B547065" w14:textId="2A523E84"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Stichting </w:t>
      </w:r>
      <w:r w:rsidR="00101244" w:rsidRPr="00AD56E9">
        <w:rPr>
          <w:rFonts w:asciiTheme="majorHAnsi" w:hAnsiTheme="majorHAnsi" w:cstheme="majorHAnsi"/>
          <w:lang w:val="nl-NL"/>
        </w:rPr>
        <w:t>Asiel Roosendaal</w:t>
      </w:r>
      <w:r w:rsidR="00F01C0E" w:rsidRPr="00AD56E9">
        <w:rPr>
          <w:rFonts w:asciiTheme="majorHAnsi" w:hAnsiTheme="majorHAnsi" w:cstheme="majorHAnsi"/>
          <w:lang w:val="nl-NL"/>
        </w:rPr>
        <w:t xml:space="preserve"> en Stichting Dierenambulance West Brabant</w:t>
      </w:r>
      <w:r w:rsidR="00101244" w:rsidRPr="00AD56E9">
        <w:rPr>
          <w:rFonts w:asciiTheme="majorHAnsi" w:hAnsiTheme="majorHAnsi" w:cstheme="majorHAnsi"/>
          <w:lang w:val="nl-NL"/>
        </w:rPr>
        <w:t xml:space="preserve"> </w:t>
      </w:r>
      <w:r w:rsidRPr="00AD56E9">
        <w:rPr>
          <w:rFonts w:asciiTheme="majorHAnsi" w:hAnsiTheme="majorHAnsi" w:cstheme="majorHAnsi"/>
          <w:lang w:val="nl-NL"/>
        </w:rPr>
        <w:t>wordt door de deelnemende</w:t>
      </w:r>
      <w:r w:rsidR="00375CF3" w:rsidRPr="00AD56E9">
        <w:rPr>
          <w:rFonts w:asciiTheme="majorHAnsi" w:hAnsiTheme="majorHAnsi" w:cstheme="majorHAnsi"/>
          <w:lang w:val="nl-NL"/>
        </w:rPr>
        <w:t xml:space="preserve"> </w:t>
      </w:r>
      <w:r w:rsidRPr="00AD56E9">
        <w:rPr>
          <w:rFonts w:asciiTheme="majorHAnsi" w:hAnsiTheme="majorHAnsi" w:cstheme="majorHAnsi"/>
          <w:lang w:val="nl-NL"/>
        </w:rPr>
        <w:t xml:space="preserve">gemeenten  </w:t>
      </w:r>
      <w:r w:rsidR="00F900F8" w:rsidRPr="00AD56E9">
        <w:rPr>
          <w:rFonts w:asciiTheme="majorHAnsi" w:hAnsiTheme="majorHAnsi" w:cstheme="majorHAnsi"/>
          <w:lang w:val="nl-NL"/>
        </w:rPr>
        <w:t xml:space="preserve">Roosendaal, Halderberge, Bergen op Zoom, Steenbergen, </w:t>
      </w:r>
      <w:r w:rsidR="00E13983" w:rsidRPr="00AD56E9">
        <w:rPr>
          <w:rFonts w:asciiTheme="majorHAnsi" w:hAnsiTheme="majorHAnsi" w:cstheme="majorHAnsi"/>
          <w:lang w:val="nl-NL"/>
        </w:rPr>
        <w:t>Rucphen en Woensdrecht</w:t>
      </w:r>
      <w:r w:rsidR="00FA2DB2" w:rsidRPr="00AD56E9">
        <w:rPr>
          <w:rFonts w:asciiTheme="majorHAnsi" w:hAnsiTheme="majorHAnsi" w:cstheme="majorHAnsi"/>
          <w:lang w:val="nl-NL"/>
        </w:rPr>
        <w:t xml:space="preserve"> </w:t>
      </w:r>
      <w:r w:rsidRPr="00AD56E9">
        <w:rPr>
          <w:rFonts w:asciiTheme="majorHAnsi" w:hAnsiTheme="majorHAnsi" w:cstheme="majorHAnsi"/>
          <w:lang w:val="nl-NL"/>
        </w:rPr>
        <w:t>gefinancierd.  Deze financiering is afhankelijk van het aantal inwoners (bijdrage per hoofd)</w:t>
      </w:r>
      <w:r w:rsidR="0046239C" w:rsidRPr="00AD56E9">
        <w:rPr>
          <w:rFonts w:asciiTheme="majorHAnsi" w:hAnsiTheme="majorHAnsi" w:cstheme="majorHAnsi"/>
          <w:lang w:val="nl-NL"/>
        </w:rPr>
        <w:t>.</w:t>
      </w:r>
      <w:r w:rsidRPr="00AD56E9">
        <w:rPr>
          <w:rFonts w:asciiTheme="majorHAnsi" w:hAnsiTheme="majorHAnsi" w:cstheme="majorHAnsi"/>
          <w:lang w:val="nl-NL"/>
        </w:rPr>
        <w:t xml:space="preserve">  Daarnaast genereert Stichting</w:t>
      </w:r>
      <w:r w:rsidR="00FC3159" w:rsidRPr="00AD56E9">
        <w:rPr>
          <w:rFonts w:asciiTheme="majorHAnsi" w:hAnsiTheme="majorHAnsi" w:cstheme="majorHAnsi"/>
          <w:lang w:val="nl-NL"/>
        </w:rPr>
        <w:t xml:space="preserve"> Asiel Roosendaal </w:t>
      </w:r>
      <w:r w:rsidRPr="00AD56E9">
        <w:rPr>
          <w:rFonts w:asciiTheme="majorHAnsi" w:hAnsiTheme="majorHAnsi" w:cstheme="majorHAnsi"/>
          <w:lang w:val="nl-NL"/>
        </w:rPr>
        <w:t xml:space="preserve">inkomsten </w:t>
      </w:r>
      <w:r w:rsidR="00FC3159" w:rsidRPr="00AD56E9">
        <w:rPr>
          <w:rFonts w:asciiTheme="majorHAnsi" w:hAnsiTheme="majorHAnsi" w:cstheme="majorHAnsi"/>
          <w:lang w:val="nl-NL"/>
        </w:rPr>
        <w:t>u</w:t>
      </w:r>
      <w:r w:rsidRPr="00AD56E9">
        <w:rPr>
          <w:rFonts w:asciiTheme="majorHAnsi" w:hAnsiTheme="majorHAnsi" w:cstheme="majorHAnsi"/>
          <w:lang w:val="nl-NL"/>
        </w:rPr>
        <w:t>it plaatsingen</w:t>
      </w:r>
      <w:r w:rsidR="0046239C" w:rsidRPr="00AD56E9">
        <w:rPr>
          <w:rFonts w:asciiTheme="majorHAnsi" w:hAnsiTheme="majorHAnsi" w:cstheme="majorHAnsi"/>
          <w:lang w:val="nl-NL"/>
        </w:rPr>
        <w:t xml:space="preserve"> en</w:t>
      </w:r>
      <w:r w:rsidRPr="00AD56E9">
        <w:rPr>
          <w:rFonts w:asciiTheme="majorHAnsi" w:hAnsiTheme="majorHAnsi" w:cstheme="majorHAnsi"/>
          <w:lang w:val="nl-NL"/>
        </w:rPr>
        <w:t xml:space="preserve"> herplaatsingen. </w:t>
      </w:r>
    </w:p>
    <w:p w14:paraId="61688B30" w14:textId="77777777" w:rsidR="00501F52" w:rsidRPr="00AD56E9" w:rsidRDefault="00501F52" w:rsidP="00902C2E">
      <w:pPr>
        <w:pStyle w:val="Geenafstand"/>
        <w:rPr>
          <w:rFonts w:asciiTheme="majorHAnsi" w:hAnsiTheme="majorHAnsi" w:cstheme="majorHAnsi"/>
          <w:lang w:val="nl-NL"/>
        </w:rPr>
      </w:pPr>
    </w:p>
    <w:p w14:paraId="5C737007" w14:textId="01AFEBFA" w:rsidR="00501F52" w:rsidRPr="00AD56E9" w:rsidRDefault="00FA2DB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Dit </w:t>
      </w:r>
      <w:r w:rsidR="00724692" w:rsidRPr="00AD56E9">
        <w:rPr>
          <w:rFonts w:asciiTheme="majorHAnsi" w:hAnsiTheme="majorHAnsi" w:cstheme="majorHAnsi"/>
          <w:lang w:val="nl-NL"/>
        </w:rPr>
        <w:t>is niet kostendekkend.</w:t>
      </w:r>
      <w:r w:rsidRPr="00AD56E9">
        <w:rPr>
          <w:rFonts w:asciiTheme="majorHAnsi" w:hAnsiTheme="majorHAnsi" w:cstheme="majorHAnsi"/>
          <w:lang w:val="nl-NL"/>
        </w:rPr>
        <w:t xml:space="preserve"> We hebben te maken</w:t>
      </w:r>
      <w:r w:rsidR="00410AFB" w:rsidRPr="00AD56E9">
        <w:rPr>
          <w:rFonts w:asciiTheme="majorHAnsi" w:hAnsiTheme="majorHAnsi" w:cstheme="majorHAnsi"/>
          <w:lang w:val="nl-NL"/>
        </w:rPr>
        <w:t xml:space="preserve"> </w:t>
      </w:r>
      <w:r w:rsidR="00724692" w:rsidRPr="00AD56E9">
        <w:rPr>
          <w:rFonts w:asciiTheme="majorHAnsi" w:hAnsiTheme="majorHAnsi" w:cstheme="majorHAnsi"/>
          <w:lang w:val="nl-NL"/>
        </w:rPr>
        <w:t xml:space="preserve">te maken met stijgende </w:t>
      </w:r>
    </w:p>
    <w:p w14:paraId="0941593B" w14:textId="4815EDF0"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dierenartskosten  personele  kosten, onderhouds</w:t>
      </w:r>
      <w:r w:rsidR="00BE74D2" w:rsidRPr="00AD56E9">
        <w:rPr>
          <w:rFonts w:asciiTheme="majorHAnsi" w:hAnsiTheme="majorHAnsi" w:cstheme="majorHAnsi"/>
          <w:lang w:val="nl-NL"/>
        </w:rPr>
        <w:t>kosten</w:t>
      </w:r>
      <w:r w:rsidRPr="00AD56E9">
        <w:rPr>
          <w:rFonts w:asciiTheme="majorHAnsi" w:hAnsiTheme="majorHAnsi" w:cstheme="majorHAnsi"/>
          <w:lang w:val="nl-NL"/>
        </w:rPr>
        <w:t xml:space="preserve"> en  overige  standaard </w:t>
      </w:r>
      <w:r w:rsidR="00751D56" w:rsidRPr="00AD56E9">
        <w:rPr>
          <w:rFonts w:asciiTheme="majorHAnsi" w:hAnsiTheme="majorHAnsi" w:cstheme="majorHAnsi"/>
          <w:lang w:val="nl-NL"/>
        </w:rPr>
        <w:t>o</w:t>
      </w:r>
      <w:r w:rsidRPr="00AD56E9">
        <w:rPr>
          <w:rFonts w:asciiTheme="majorHAnsi" w:hAnsiTheme="majorHAnsi" w:cstheme="majorHAnsi"/>
          <w:lang w:val="nl-NL"/>
        </w:rPr>
        <w:t xml:space="preserve">perationele  kosten. </w:t>
      </w:r>
      <w:r w:rsidR="001502D4" w:rsidRPr="00AD56E9">
        <w:rPr>
          <w:rFonts w:asciiTheme="majorHAnsi" w:hAnsiTheme="majorHAnsi" w:cstheme="majorHAnsi"/>
          <w:lang w:val="nl-NL"/>
        </w:rPr>
        <w:t xml:space="preserve">Er is daarnaast een grijs gebied van welke dieren wel of niet opgehaald moeten worden, denk hierbij bijvoorbeeld aan </w:t>
      </w:r>
      <w:r w:rsidR="00D14DDF" w:rsidRPr="00AD56E9">
        <w:rPr>
          <w:rFonts w:asciiTheme="majorHAnsi" w:hAnsiTheme="majorHAnsi" w:cstheme="majorHAnsi"/>
          <w:lang w:val="nl-NL"/>
        </w:rPr>
        <w:t xml:space="preserve">vogels. De meningen van de diverse gemeenten </w:t>
      </w:r>
      <w:r w:rsidR="00CC6627" w:rsidRPr="00AD56E9">
        <w:rPr>
          <w:rFonts w:asciiTheme="majorHAnsi" w:hAnsiTheme="majorHAnsi" w:cstheme="majorHAnsi"/>
          <w:lang w:val="nl-NL"/>
        </w:rPr>
        <w:t xml:space="preserve">verschillen hierin, terwijl de meeste telefoontjes naar de dierenambulance over vogels gaan. </w:t>
      </w:r>
    </w:p>
    <w:p w14:paraId="205B9B70" w14:textId="6F976001"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Ook moeten we ons richten op de toekomst en het verbeteren van de huisvesting. Ieder jaar moeten we daarnaast rekening houden met onvoorziene</w:t>
      </w:r>
      <w:r w:rsidR="007D7846" w:rsidRPr="00AD56E9">
        <w:rPr>
          <w:rFonts w:asciiTheme="majorHAnsi" w:hAnsiTheme="majorHAnsi" w:cstheme="majorHAnsi"/>
          <w:lang w:val="nl-NL"/>
        </w:rPr>
        <w:t xml:space="preserve"> </w:t>
      </w:r>
      <w:r w:rsidRPr="00AD56E9">
        <w:rPr>
          <w:rFonts w:asciiTheme="majorHAnsi" w:hAnsiTheme="majorHAnsi" w:cstheme="majorHAnsi"/>
          <w:lang w:val="nl-NL"/>
        </w:rPr>
        <w:t>uitgaven ten gevolge van infectiedruk tijdens het</w:t>
      </w:r>
      <w:r w:rsidR="007D7846" w:rsidRPr="00AD56E9">
        <w:rPr>
          <w:rFonts w:asciiTheme="majorHAnsi" w:hAnsiTheme="majorHAnsi" w:cstheme="majorHAnsi"/>
          <w:lang w:val="nl-NL"/>
        </w:rPr>
        <w:t xml:space="preserve"> </w:t>
      </w:r>
      <w:r w:rsidRPr="00AD56E9">
        <w:rPr>
          <w:rFonts w:asciiTheme="majorHAnsi" w:hAnsiTheme="majorHAnsi" w:cstheme="majorHAnsi"/>
          <w:lang w:val="nl-NL"/>
        </w:rPr>
        <w:t>kittenseizoen</w:t>
      </w:r>
      <w:r w:rsidR="0089641A" w:rsidRPr="00AD56E9">
        <w:rPr>
          <w:rFonts w:asciiTheme="majorHAnsi" w:hAnsiTheme="majorHAnsi" w:cstheme="majorHAnsi"/>
          <w:lang w:val="nl-NL"/>
        </w:rPr>
        <w:t xml:space="preserve"> </w:t>
      </w:r>
      <w:r w:rsidR="00C42CAF" w:rsidRPr="00AD56E9">
        <w:rPr>
          <w:rFonts w:asciiTheme="majorHAnsi" w:hAnsiTheme="majorHAnsi" w:cstheme="majorHAnsi"/>
          <w:lang w:val="nl-NL"/>
        </w:rPr>
        <w:t>en de (voor)opvang van veel jonge vogels.</w:t>
      </w:r>
      <w:r w:rsidRPr="00AD56E9">
        <w:rPr>
          <w:rFonts w:asciiTheme="majorHAnsi" w:hAnsiTheme="majorHAnsi" w:cstheme="majorHAnsi"/>
          <w:lang w:val="nl-NL"/>
        </w:rPr>
        <w:t xml:space="preserve"> </w:t>
      </w:r>
    </w:p>
    <w:p w14:paraId="7566E862" w14:textId="77777777" w:rsidR="00501F52" w:rsidRPr="00AD56E9" w:rsidRDefault="00501F52" w:rsidP="00902C2E">
      <w:pPr>
        <w:pStyle w:val="Geenafstand"/>
        <w:rPr>
          <w:rFonts w:asciiTheme="majorHAnsi" w:hAnsiTheme="majorHAnsi" w:cstheme="majorHAnsi"/>
          <w:lang w:val="nl-NL"/>
        </w:rPr>
      </w:pPr>
    </w:p>
    <w:p w14:paraId="4D236435" w14:textId="26D6541C"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Voor onze financiën zien we de volgende belangrijke pijlers</w:t>
      </w:r>
      <w:r w:rsidR="00B9161F" w:rsidRPr="00AD56E9">
        <w:rPr>
          <w:rFonts w:asciiTheme="majorHAnsi" w:hAnsiTheme="majorHAnsi" w:cstheme="majorHAnsi"/>
          <w:lang w:val="nl-NL"/>
        </w:rPr>
        <w:t>:</w:t>
      </w:r>
      <w:r w:rsidRPr="00AD56E9">
        <w:rPr>
          <w:rFonts w:asciiTheme="majorHAnsi" w:hAnsiTheme="majorHAnsi" w:cstheme="majorHAnsi"/>
          <w:lang w:val="nl-NL"/>
        </w:rPr>
        <w:t xml:space="preserve"> </w:t>
      </w:r>
    </w:p>
    <w:p w14:paraId="61C8327F" w14:textId="77777777" w:rsidR="00501F52" w:rsidRPr="00AD56E9" w:rsidRDefault="00501F52" w:rsidP="00902C2E">
      <w:pPr>
        <w:pStyle w:val="Geenafstand"/>
        <w:rPr>
          <w:rFonts w:asciiTheme="majorHAnsi" w:hAnsiTheme="majorHAnsi" w:cstheme="majorHAnsi"/>
          <w:lang w:val="nl-NL"/>
        </w:rPr>
      </w:pPr>
    </w:p>
    <w:p w14:paraId="58462BE5" w14:textId="75CEC588" w:rsidR="00501F52" w:rsidRPr="00AD56E9" w:rsidRDefault="00724692" w:rsidP="00902C2E">
      <w:pPr>
        <w:pStyle w:val="Geenafstand"/>
        <w:rPr>
          <w:rFonts w:asciiTheme="majorHAnsi" w:hAnsiTheme="majorHAnsi" w:cstheme="majorHAnsi"/>
          <w:color w:val="E36C0A" w:themeColor="accent6" w:themeShade="BF"/>
          <w:u w:val="single"/>
          <w:lang w:val="nl-NL"/>
        </w:rPr>
      </w:pPr>
      <w:r w:rsidRPr="00AD56E9">
        <w:rPr>
          <w:rFonts w:asciiTheme="majorHAnsi" w:hAnsiTheme="majorHAnsi" w:cstheme="majorHAnsi"/>
          <w:color w:val="E36C0A" w:themeColor="accent6" w:themeShade="BF"/>
          <w:u w:val="single"/>
          <w:lang w:val="nl-NL"/>
        </w:rPr>
        <w:t>Di</w:t>
      </w:r>
      <w:r w:rsidR="00E12829" w:rsidRPr="00AD56E9">
        <w:rPr>
          <w:rFonts w:asciiTheme="majorHAnsi" w:hAnsiTheme="majorHAnsi" w:cstheme="majorHAnsi"/>
          <w:color w:val="E36C0A" w:themeColor="accent6" w:themeShade="BF"/>
          <w:u w:val="single"/>
          <w:lang w:val="nl-NL"/>
        </w:rPr>
        <w:t>fferentiatie</w:t>
      </w:r>
      <w:r w:rsidRPr="00AD56E9">
        <w:rPr>
          <w:rFonts w:asciiTheme="majorHAnsi" w:hAnsiTheme="majorHAnsi" w:cstheme="majorHAnsi"/>
          <w:color w:val="E36C0A" w:themeColor="accent6" w:themeShade="BF"/>
          <w:u w:val="single"/>
          <w:lang w:val="nl-NL"/>
        </w:rPr>
        <w:t xml:space="preserve"> van inkomstenbronnen </w:t>
      </w:r>
    </w:p>
    <w:p w14:paraId="170ED067" w14:textId="77777777" w:rsidR="00501F52" w:rsidRPr="00AD56E9" w:rsidRDefault="00501F52" w:rsidP="00902C2E">
      <w:pPr>
        <w:pStyle w:val="Geenafstand"/>
        <w:rPr>
          <w:rFonts w:asciiTheme="majorHAnsi" w:hAnsiTheme="majorHAnsi" w:cstheme="majorHAnsi"/>
          <w:lang w:val="nl-NL"/>
        </w:rPr>
      </w:pPr>
    </w:p>
    <w:p w14:paraId="75CF1575" w14:textId="2180143B"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Om de afhankelijkheid van </w:t>
      </w:r>
      <w:r w:rsidR="0058792D" w:rsidRPr="00AD56E9">
        <w:rPr>
          <w:rFonts w:asciiTheme="majorHAnsi" w:hAnsiTheme="majorHAnsi" w:cstheme="majorHAnsi"/>
          <w:lang w:val="nl-NL"/>
        </w:rPr>
        <w:t xml:space="preserve">één grote </w:t>
      </w:r>
      <w:r w:rsidRPr="00AD56E9">
        <w:rPr>
          <w:rFonts w:asciiTheme="majorHAnsi" w:hAnsiTheme="majorHAnsi" w:cstheme="majorHAnsi"/>
          <w:lang w:val="nl-NL"/>
        </w:rPr>
        <w:t>inkomstenbron te verminderen,  zal</w:t>
      </w:r>
      <w:r w:rsidR="0058792D" w:rsidRPr="00AD56E9">
        <w:rPr>
          <w:rFonts w:asciiTheme="majorHAnsi" w:hAnsiTheme="majorHAnsi" w:cstheme="majorHAnsi"/>
          <w:lang w:val="nl-NL"/>
        </w:rPr>
        <w:t xml:space="preserve"> </w:t>
      </w:r>
      <w:r w:rsidRPr="00AD56E9">
        <w:rPr>
          <w:rFonts w:asciiTheme="majorHAnsi" w:hAnsiTheme="majorHAnsi" w:cstheme="majorHAnsi"/>
          <w:lang w:val="nl-NL"/>
        </w:rPr>
        <w:t>een meer diverse  mix van  financieringsbronnen  nodig  zijn.  We richten ons</w:t>
      </w:r>
      <w:r w:rsidR="00E12829" w:rsidRPr="00AD56E9">
        <w:rPr>
          <w:rFonts w:asciiTheme="majorHAnsi" w:hAnsiTheme="majorHAnsi" w:cstheme="majorHAnsi"/>
          <w:lang w:val="nl-NL"/>
        </w:rPr>
        <w:t xml:space="preserve"> </w:t>
      </w:r>
      <w:r w:rsidRPr="00AD56E9">
        <w:rPr>
          <w:rFonts w:asciiTheme="majorHAnsi" w:hAnsiTheme="majorHAnsi" w:cstheme="majorHAnsi"/>
          <w:lang w:val="nl-NL"/>
        </w:rPr>
        <w:t>hierbij op het ontwikkelen van  nieuwe diensten, het uitbreiden van de</w:t>
      </w:r>
      <w:r w:rsidR="00BD08DF" w:rsidRPr="00AD56E9">
        <w:rPr>
          <w:rFonts w:asciiTheme="majorHAnsi" w:hAnsiTheme="majorHAnsi" w:cstheme="majorHAnsi"/>
          <w:lang w:val="nl-NL"/>
        </w:rPr>
        <w:t xml:space="preserve"> </w:t>
      </w:r>
      <w:r w:rsidRPr="00AD56E9">
        <w:rPr>
          <w:rFonts w:asciiTheme="majorHAnsi" w:hAnsiTheme="majorHAnsi" w:cstheme="majorHAnsi"/>
          <w:lang w:val="nl-NL"/>
        </w:rPr>
        <w:t>fondsenwervingsactiviteiten, het opzetten van partnerschappen met bedrijven voor sponsoring</w:t>
      </w:r>
      <w:r w:rsidR="00BD08DF" w:rsidRPr="00AD56E9">
        <w:rPr>
          <w:rFonts w:asciiTheme="majorHAnsi" w:hAnsiTheme="majorHAnsi" w:cstheme="majorHAnsi"/>
          <w:lang w:val="nl-NL"/>
        </w:rPr>
        <w:t xml:space="preserve"> en het besteden van hun SROI</w:t>
      </w:r>
      <w:r w:rsidRPr="00AD56E9">
        <w:rPr>
          <w:rFonts w:asciiTheme="majorHAnsi" w:hAnsiTheme="majorHAnsi" w:cstheme="majorHAnsi"/>
          <w:lang w:val="nl-NL"/>
        </w:rPr>
        <w:t xml:space="preserve"> en het verkennen van beschikbare subsidies. </w:t>
      </w:r>
      <w:r w:rsidR="006C317F" w:rsidRPr="00AD56E9">
        <w:rPr>
          <w:rFonts w:asciiTheme="majorHAnsi" w:hAnsiTheme="majorHAnsi" w:cstheme="majorHAnsi"/>
          <w:lang w:val="nl-NL"/>
        </w:rPr>
        <w:t>Hiervoor is een ANBI-status essentieel.</w:t>
      </w:r>
    </w:p>
    <w:p w14:paraId="24771028" w14:textId="77777777" w:rsidR="00501F52" w:rsidRPr="00AD56E9" w:rsidRDefault="00501F52" w:rsidP="00902C2E">
      <w:pPr>
        <w:pStyle w:val="Geenafstand"/>
        <w:rPr>
          <w:rFonts w:asciiTheme="majorHAnsi" w:hAnsiTheme="majorHAnsi" w:cstheme="majorHAnsi"/>
          <w:lang w:val="nl-NL"/>
        </w:rPr>
      </w:pPr>
    </w:p>
    <w:p w14:paraId="06B3A2AE" w14:textId="77777777" w:rsidR="00501F52" w:rsidRPr="00AD56E9" w:rsidRDefault="00724692" w:rsidP="00902C2E">
      <w:pPr>
        <w:pStyle w:val="Geenafstand"/>
        <w:rPr>
          <w:rFonts w:asciiTheme="majorHAnsi" w:hAnsiTheme="majorHAnsi" w:cstheme="majorHAnsi"/>
          <w:color w:val="E36C0A" w:themeColor="accent6" w:themeShade="BF"/>
          <w:u w:val="single"/>
          <w:lang w:val="nl-NL"/>
        </w:rPr>
      </w:pPr>
      <w:r w:rsidRPr="00AD56E9">
        <w:rPr>
          <w:rFonts w:asciiTheme="majorHAnsi" w:hAnsiTheme="majorHAnsi" w:cstheme="majorHAnsi"/>
          <w:color w:val="E36C0A" w:themeColor="accent6" w:themeShade="BF"/>
          <w:u w:val="single"/>
          <w:lang w:val="nl-NL"/>
        </w:rPr>
        <w:t xml:space="preserve">Financiële planning en budgettering </w:t>
      </w:r>
    </w:p>
    <w:p w14:paraId="3474A003" w14:textId="77777777" w:rsidR="00501F52" w:rsidRPr="00AD56E9" w:rsidRDefault="00501F52" w:rsidP="00902C2E">
      <w:pPr>
        <w:pStyle w:val="Geenafstand"/>
        <w:rPr>
          <w:rFonts w:asciiTheme="majorHAnsi" w:hAnsiTheme="majorHAnsi" w:cstheme="majorHAnsi"/>
          <w:lang w:val="nl-NL"/>
        </w:rPr>
      </w:pPr>
    </w:p>
    <w:p w14:paraId="6F5D9DC8" w14:textId="1ABB2F83"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Het verbeteren van de nauwkeurigheid van</w:t>
      </w:r>
      <w:r w:rsidR="00391D30" w:rsidRPr="00AD56E9">
        <w:rPr>
          <w:rFonts w:asciiTheme="majorHAnsi" w:hAnsiTheme="majorHAnsi" w:cstheme="majorHAnsi"/>
          <w:lang w:val="nl-NL"/>
        </w:rPr>
        <w:t xml:space="preserve"> een</w:t>
      </w:r>
      <w:r w:rsidRPr="00AD56E9">
        <w:rPr>
          <w:rFonts w:asciiTheme="majorHAnsi" w:hAnsiTheme="majorHAnsi" w:cstheme="majorHAnsi"/>
          <w:lang w:val="nl-NL"/>
        </w:rPr>
        <w:t xml:space="preserve"> financiële p</w:t>
      </w:r>
      <w:r w:rsidR="00391D30" w:rsidRPr="00AD56E9">
        <w:rPr>
          <w:rFonts w:asciiTheme="majorHAnsi" w:hAnsiTheme="majorHAnsi" w:cstheme="majorHAnsi"/>
          <w:lang w:val="nl-NL"/>
        </w:rPr>
        <w:t>lanning</w:t>
      </w:r>
      <w:r w:rsidRPr="00AD56E9">
        <w:rPr>
          <w:rFonts w:asciiTheme="majorHAnsi" w:hAnsiTheme="majorHAnsi" w:cstheme="majorHAnsi"/>
          <w:lang w:val="nl-NL"/>
        </w:rPr>
        <w:t xml:space="preserve"> zal helpen bij het beter beheren van  middelen en het voorkomen van</w:t>
      </w:r>
      <w:r w:rsidR="000D5EF3" w:rsidRPr="00AD56E9">
        <w:rPr>
          <w:rFonts w:asciiTheme="majorHAnsi" w:hAnsiTheme="majorHAnsi" w:cstheme="majorHAnsi"/>
          <w:lang w:val="nl-NL"/>
        </w:rPr>
        <w:t xml:space="preserve"> </w:t>
      </w:r>
      <w:r w:rsidRPr="00AD56E9">
        <w:rPr>
          <w:rFonts w:asciiTheme="majorHAnsi" w:hAnsiTheme="majorHAnsi" w:cstheme="majorHAnsi"/>
          <w:lang w:val="nl-NL"/>
        </w:rPr>
        <w:t xml:space="preserve">budgetoverschrijdingen. </w:t>
      </w:r>
      <w:r w:rsidR="00027925" w:rsidRPr="00AD56E9">
        <w:rPr>
          <w:rFonts w:asciiTheme="majorHAnsi" w:hAnsiTheme="majorHAnsi" w:cstheme="majorHAnsi"/>
          <w:lang w:val="nl-NL"/>
        </w:rPr>
        <w:t xml:space="preserve">Hierin zijn we in de onderzoekende </w:t>
      </w:r>
      <w:proofErr w:type="spellStart"/>
      <w:r w:rsidR="00027925" w:rsidRPr="00AD56E9">
        <w:rPr>
          <w:rFonts w:asciiTheme="majorHAnsi" w:hAnsiTheme="majorHAnsi" w:cstheme="majorHAnsi"/>
          <w:lang w:val="nl-NL"/>
        </w:rPr>
        <w:t>fase.</w:t>
      </w:r>
      <w:r w:rsidR="00970DE0" w:rsidRPr="00AD56E9">
        <w:rPr>
          <w:rFonts w:asciiTheme="majorHAnsi" w:hAnsiTheme="majorHAnsi" w:cstheme="majorHAnsi"/>
          <w:lang w:val="nl-NL"/>
        </w:rPr>
        <w:t>De</w:t>
      </w:r>
      <w:proofErr w:type="spellEnd"/>
      <w:r w:rsidR="00970DE0" w:rsidRPr="00AD56E9">
        <w:rPr>
          <w:rFonts w:asciiTheme="majorHAnsi" w:hAnsiTheme="majorHAnsi" w:cstheme="majorHAnsi"/>
          <w:lang w:val="nl-NL"/>
        </w:rPr>
        <w:t xml:space="preserve"> jaarlijkse gesprekken met de </w:t>
      </w:r>
      <w:proofErr w:type="spellStart"/>
      <w:r w:rsidR="00970DE0" w:rsidRPr="00AD56E9">
        <w:rPr>
          <w:rFonts w:asciiTheme="majorHAnsi" w:hAnsiTheme="majorHAnsi" w:cstheme="majorHAnsi"/>
          <w:lang w:val="nl-NL"/>
        </w:rPr>
        <w:t>opdrachtgevende</w:t>
      </w:r>
      <w:proofErr w:type="spellEnd"/>
      <w:r w:rsidR="00970DE0" w:rsidRPr="00AD56E9">
        <w:rPr>
          <w:rFonts w:asciiTheme="majorHAnsi" w:hAnsiTheme="majorHAnsi" w:cstheme="majorHAnsi"/>
          <w:lang w:val="nl-NL"/>
        </w:rPr>
        <w:t xml:space="preserve"> gemeenten over de verwachtingen en </w:t>
      </w:r>
      <w:r w:rsidR="00854400" w:rsidRPr="00AD56E9">
        <w:rPr>
          <w:rFonts w:asciiTheme="majorHAnsi" w:hAnsiTheme="majorHAnsi" w:cstheme="majorHAnsi"/>
          <w:lang w:val="nl-NL"/>
        </w:rPr>
        <w:t>vergoedingen zijn hiervoor een goede leidraad.</w:t>
      </w:r>
    </w:p>
    <w:p w14:paraId="5CE68144" w14:textId="77777777" w:rsidR="00854400" w:rsidRPr="00AD56E9" w:rsidRDefault="00854400" w:rsidP="00902C2E">
      <w:pPr>
        <w:pStyle w:val="Geenafstand"/>
        <w:rPr>
          <w:rFonts w:asciiTheme="majorHAnsi" w:hAnsiTheme="majorHAnsi" w:cstheme="majorHAnsi"/>
          <w:lang w:val="nl-NL"/>
        </w:rPr>
      </w:pPr>
    </w:p>
    <w:p w14:paraId="757AF80A" w14:textId="77777777" w:rsidR="00501F52" w:rsidRPr="00AD56E9" w:rsidRDefault="00724692" w:rsidP="00902C2E">
      <w:pPr>
        <w:pStyle w:val="Geenafstand"/>
        <w:rPr>
          <w:rFonts w:asciiTheme="majorHAnsi" w:hAnsiTheme="majorHAnsi" w:cstheme="majorHAnsi"/>
          <w:u w:val="single"/>
          <w:lang w:val="nl-NL"/>
        </w:rPr>
      </w:pPr>
      <w:r w:rsidRPr="00AD56E9">
        <w:rPr>
          <w:rFonts w:asciiTheme="majorHAnsi" w:hAnsiTheme="majorHAnsi" w:cstheme="majorHAnsi"/>
          <w:color w:val="E36C0A" w:themeColor="accent6" w:themeShade="BF"/>
          <w:u w:val="single"/>
          <w:lang w:val="nl-NL"/>
        </w:rPr>
        <w:t xml:space="preserve">Financiële verslaglegging en transparantie </w:t>
      </w:r>
    </w:p>
    <w:p w14:paraId="098A978A" w14:textId="77777777" w:rsidR="00501F52" w:rsidRPr="00AD56E9" w:rsidRDefault="00501F52" w:rsidP="00902C2E">
      <w:pPr>
        <w:pStyle w:val="Geenafstand"/>
        <w:rPr>
          <w:rFonts w:asciiTheme="majorHAnsi" w:hAnsiTheme="majorHAnsi" w:cstheme="majorHAnsi"/>
          <w:lang w:val="nl-NL"/>
        </w:rPr>
      </w:pPr>
    </w:p>
    <w:p w14:paraId="24E43F02" w14:textId="250A6D40"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Regelmatige en gedetailleerde op te stellen financiële</w:t>
      </w:r>
      <w:r w:rsidR="000A3733" w:rsidRPr="00AD56E9">
        <w:rPr>
          <w:rFonts w:asciiTheme="majorHAnsi" w:hAnsiTheme="majorHAnsi" w:cstheme="majorHAnsi"/>
          <w:lang w:val="nl-NL"/>
        </w:rPr>
        <w:t xml:space="preserve"> (jaar)</w:t>
      </w:r>
      <w:r w:rsidRPr="00AD56E9">
        <w:rPr>
          <w:rFonts w:asciiTheme="majorHAnsi" w:hAnsiTheme="majorHAnsi" w:cstheme="majorHAnsi"/>
          <w:lang w:val="nl-NL"/>
        </w:rPr>
        <w:t xml:space="preserve">rapportages zullen het </w:t>
      </w:r>
    </w:p>
    <w:p w14:paraId="6351FA34" w14:textId="50E9E60A" w:rsidR="00501F52" w:rsidRPr="00AD56E9" w:rsidRDefault="00CF57A6" w:rsidP="00902C2E">
      <w:pPr>
        <w:pStyle w:val="Geenafstand"/>
        <w:rPr>
          <w:rFonts w:asciiTheme="majorHAnsi" w:hAnsiTheme="majorHAnsi" w:cstheme="majorHAnsi"/>
          <w:lang w:val="nl-NL"/>
        </w:rPr>
      </w:pPr>
      <w:r w:rsidRPr="00AD56E9">
        <w:rPr>
          <w:rFonts w:asciiTheme="majorHAnsi" w:hAnsiTheme="majorHAnsi" w:cstheme="majorHAnsi"/>
          <w:lang w:val="nl-NL"/>
        </w:rPr>
        <w:t>B</w:t>
      </w:r>
      <w:r w:rsidR="00724692" w:rsidRPr="00AD56E9">
        <w:rPr>
          <w:rFonts w:asciiTheme="majorHAnsi" w:hAnsiTheme="majorHAnsi" w:cstheme="majorHAnsi"/>
          <w:lang w:val="nl-NL"/>
        </w:rPr>
        <w:t>estuur</w:t>
      </w:r>
      <w:r w:rsidRPr="00AD56E9">
        <w:rPr>
          <w:rFonts w:asciiTheme="majorHAnsi" w:hAnsiTheme="majorHAnsi" w:cstheme="majorHAnsi"/>
          <w:lang w:val="nl-NL"/>
        </w:rPr>
        <w:t xml:space="preserve"> en teamleider h</w:t>
      </w:r>
      <w:r w:rsidR="00724692" w:rsidRPr="00AD56E9">
        <w:rPr>
          <w:rFonts w:asciiTheme="majorHAnsi" w:hAnsiTheme="majorHAnsi" w:cstheme="majorHAnsi"/>
          <w:lang w:val="nl-NL"/>
        </w:rPr>
        <w:t xml:space="preserve">elpen bij het maken van beslissingen, maar ook </w:t>
      </w:r>
    </w:p>
    <w:p w14:paraId="5AF88BDC" w14:textId="48E1C3DF"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lastRenderedPageBreak/>
        <w:t xml:space="preserve">de  transparantie naar donateurs en belanghebbenden vergroten,  wat  kan </w:t>
      </w:r>
    </w:p>
    <w:p w14:paraId="0C1A5124" w14:textId="0DCE459C"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leiden tot een groter vertrouwen en steun. </w:t>
      </w:r>
      <w:r w:rsidR="00CF57A6" w:rsidRPr="00AD56E9">
        <w:rPr>
          <w:rFonts w:asciiTheme="majorHAnsi" w:hAnsiTheme="majorHAnsi" w:cstheme="majorHAnsi"/>
          <w:lang w:val="nl-NL"/>
        </w:rPr>
        <w:t xml:space="preserve">Dit </w:t>
      </w:r>
      <w:r w:rsidR="00F53CA8" w:rsidRPr="00AD56E9">
        <w:rPr>
          <w:rFonts w:asciiTheme="majorHAnsi" w:hAnsiTheme="majorHAnsi" w:cstheme="majorHAnsi"/>
          <w:lang w:val="nl-NL"/>
        </w:rPr>
        <w:t xml:space="preserve">is daarnaast </w:t>
      </w:r>
      <w:r w:rsidR="00C40EA9" w:rsidRPr="00AD56E9">
        <w:rPr>
          <w:rFonts w:asciiTheme="majorHAnsi" w:hAnsiTheme="majorHAnsi" w:cstheme="majorHAnsi"/>
          <w:lang w:val="nl-NL"/>
        </w:rPr>
        <w:t>ook nodig</w:t>
      </w:r>
      <w:r w:rsidR="00F53CA8" w:rsidRPr="00AD56E9">
        <w:rPr>
          <w:rFonts w:asciiTheme="majorHAnsi" w:hAnsiTheme="majorHAnsi" w:cstheme="majorHAnsi"/>
          <w:lang w:val="nl-NL"/>
        </w:rPr>
        <w:t xml:space="preserve"> voor de </w:t>
      </w:r>
      <w:r w:rsidR="00FE5C6C" w:rsidRPr="00AD56E9">
        <w:rPr>
          <w:rFonts w:asciiTheme="majorHAnsi" w:hAnsiTheme="majorHAnsi" w:cstheme="majorHAnsi"/>
          <w:lang w:val="nl-NL"/>
        </w:rPr>
        <w:t>ANBI-</w:t>
      </w:r>
      <w:r w:rsidR="00F53CA8" w:rsidRPr="00AD56E9">
        <w:rPr>
          <w:rFonts w:asciiTheme="majorHAnsi" w:hAnsiTheme="majorHAnsi" w:cstheme="majorHAnsi"/>
          <w:lang w:val="nl-NL"/>
        </w:rPr>
        <w:t>status die in aanvraa</w:t>
      </w:r>
      <w:r w:rsidR="00C40EA9" w:rsidRPr="00AD56E9">
        <w:rPr>
          <w:rFonts w:asciiTheme="majorHAnsi" w:hAnsiTheme="majorHAnsi" w:cstheme="majorHAnsi"/>
          <w:lang w:val="nl-NL"/>
        </w:rPr>
        <w:t>g is.</w:t>
      </w:r>
    </w:p>
    <w:p w14:paraId="00A17CBC" w14:textId="77777777" w:rsidR="00F01C0E" w:rsidRPr="00AD56E9" w:rsidRDefault="00F01C0E" w:rsidP="00902C2E">
      <w:pPr>
        <w:pStyle w:val="Geenafstand"/>
        <w:rPr>
          <w:rFonts w:asciiTheme="majorHAnsi" w:hAnsiTheme="majorHAnsi" w:cstheme="majorHAnsi"/>
          <w:color w:val="E36C0A" w:themeColor="accent6" w:themeShade="BF"/>
          <w:u w:val="single"/>
          <w:lang w:val="nl-NL"/>
        </w:rPr>
      </w:pPr>
    </w:p>
    <w:p w14:paraId="42E47A17" w14:textId="77777777" w:rsidR="00F01C0E" w:rsidRPr="00AD56E9" w:rsidRDefault="00F01C0E" w:rsidP="00902C2E">
      <w:pPr>
        <w:pStyle w:val="Geenafstand"/>
        <w:rPr>
          <w:rFonts w:asciiTheme="majorHAnsi" w:hAnsiTheme="majorHAnsi" w:cstheme="majorHAnsi"/>
          <w:color w:val="E36C0A" w:themeColor="accent6" w:themeShade="BF"/>
          <w:u w:val="single"/>
          <w:lang w:val="nl-NL"/>
        </w:rPr>
      </w:pPr>
    </w:p>
    <w:p w14:paraId="7BFAFE6E" w14:textId="4E3ADAB0" w:rsidR="00501F52" w:rsidRPr="00AD56E9" w:rsidRDefault="00724692" w:rsidP="00902C2E">
      <w:pPr>
        <w:pStyle w:val="Geenafstand"/>
        <w:rPr>
          <w:rFonts w:asciiTheme="majorHAnsi" w:hAnsiTheme="majorHAnsi" w:cstheme="majorHAnsi"/>
          <w:color w:val="E36C0A" w:themeColor="accent6" w:themeShade="BF"/>
          <w:u w:val="single"/>
          <w:lang w:val="nl-NL"/>
        </w:rPr>
      </w:pPr>
      <w:r w:rsidRPr="00AD56E9">
        <w:rPr>
          <w:rFonts w:asciiTheme="majorHAnsi" w:hAnsiTheme="majorHAnsi" w:cstheme="majorHAnsi"/>
          <w:color w:val="E36C0A" w:themeColor="accent6" w:themeShade="BF"/>
          <w:u w:val="single"/>
          <w:lang w:val="nl-NL"/>
        </w:rPr>
        <w:t xml:space="preserve">Reserveringen voor toekomstige uitgaven </w:t>
      </w:r>
    </w:p>
    <w:p w14:paraId="66FFB86C" w14:textId="77777777" w:rsidR="00501F52" w:rsidRPr="00AD56E9" w:rsidRDefault="00501F52" w:rsidP="00902C2E">
      <w:pPr>
        <w:pStyle w:val="Geenafstand"/>
        <w:rPr>
          <w:rFonts w:asciiTheme="majorHAnsi" w:hAnsiTheme="majorHAnsi" w:cstheme="majorHAnsi"/>
          <w:lang w:val="nl-NL"/>
        </w:rPr>
      </w:pPr>
    </w:p>
    <w:p w14:paraId="7B52E7D0" w14:textId="20714867" w:rsidR="00501F52" w:rsidRPr="00AD56E9" w:rsidRDefault="006119BF" w:rsidP="00902C2E">
      <w:pPr>
        <w:pStyle w:val="Geenafstand"/>
        <w:rPr>
          <w:rFonts w:asciiTheme="majorHAnsi" w:hAnsiTheme="majorHAnsi" w:cstheme="majorHAnsi"/>
          <w:lang w:val="nl-NL"/>
        </w:rPr>
      </w:pPr>
      <w:r w:rsidRPr="00AD56E9">
        <w:rPr>
          <w:rFonts w:asciiTheme="majorHAnsi" w:hAnsiTheme="majorHAnsi" w:cstheme="majorHAnsi"/>
          <w:lang w:val="nl-NL"/>
        </w:rPr>
        <w:t>Er wordt onderzocht</w:t>
      </w:r>
      <w:r w:rsidR="00724692" w:rsidRPr="00AD56E9">
        <w:rPr>
          <w:rFonts w:asciiTheme="majorHAnsi" w:hAnsiTheme="majorHAnsi" w:cstheme="majorHAnsi"/>
          <w:lang w:val="nl-NL"/>
        </w:rPr>
        <w:t xml:space="preserve"> of het mogelijk opbouwen van een reservefonds voor </w:t>
      </w:r>
    </w:p>
    <w:p w14:paraId="1F3AF22B" w14:textId="6CC0F441" w:rsidR="00B9161F"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onvoorziene uitgaven of toekomstige projecten de financiële stabiliteit van de </w:t>
      </w:r>
    </w:p>
    <w:p w14:paraId="6B0085F3" w14:textId="5DEB196A" w:rsidR="00501F52" w:rsidRPr="00AD56E9" w:rsidRDefault="00724692" w:rsidP="00902C2E">
      <w:pPr>
        <w:pStyle w:val="Geenafstand"/>
        <w:rPr>
          <w:rFonts w:asciiTheme="majorHAnsi" w:hAnsiTheme="majorHAnsi" w:cstheme="majorHAnsi"/>
          <w:lang w:val="nl-NL"/>
        </w:rPr>
      </w:pPr>
      <w:r w:rsidRPr="00AD56E9">
        <w:rPr>
          <w:rFonts w:asciiTheme="majorHAnsi" w:hAnsiTheme="majorHAnsi" w:cstheme="majorHAnsi"/>
          <w:lang w:val="nl-NL"/>
        </w:rPr>
        <w:t xml:space="preserve">organisatie kan verbeteren en ervoor kan zorgen dat het </w:t>
      </w:r>
      <w:r w:rsidR="00DA426B" w:rsidRPr="00AD56E9">
        <w:rPr>
          <w:rFonts w:asciiTheme="majorHAnsi" w:hAnsiTheme="majorHAnsi" w:cstheme="majorHAnsi"/>
          <w:lang w:val="nl-NL"/>
        </w:rPr>
        <w:t>Asiel</w:t>
      </w:r>
      <w:r w:rsidR="00710CE4" w:rsidRPr="00AD56E9">
        <w:rPr>
          <w:rFonts w:asciiTheme="majorHAnsi" w:hAnsiTheme="majorHAnsi" w:cstheme="majorHAnsi"/>
          <w:lang w:val="nl-NL"/>
        </w:rPr>
        <w:t xml:space="preserve"> </w:t>
      </w:r>
      <w:r w:rsidRPr="00AD56E9">
        <w:rPr>
          <w:rFonts w:asciiTheme="majorHAnsi" w:hAnsiTheme="majorHAnsi" w:cstheme="majorHAnsi"/>
          <w:lang w:val="nl-NL"/>
        </w:rPr>
        <w:t xml:space="preserve">beter bestand </w:t>
      </w:r>
    </w:p>
    <w:p w14:paraId="09D2AC32" w14:textId="2D27FAB7" w:rsidR="00501F52" w:rsidRPr="00AD1A32" w:rsidRDefault="00724692" w:rsidP="00902C2E">
      <w:pPr>
        <w:pStyle w:val="Geenafstand"/>
        <w:rPr>
          <w:rFonts w:asciiTheme="majorHAnsi" w:hAnsiTheme="majorHAnsi" w:cstheme="majorHAnsi"/>
        </w:rPr>
      </w:pPr>
      <w:r w:rsidRPr="00AD1A32">
        <w:rPr>
          <w:rFonts w:asciiTheme="majorHAnsi" w:hAnsiTheme="majorHAnsi" w:cstheme="majorHAnsi"/>
        </w:rPr>
        <w:t xml:space="preserve">is </w:t>
      </w:r>
      <w:proofErr w:type="spellStart"/>
      <w:r w:rsidRPr="00AD1A32">
        <w:rPr>
          <w:rFonts w:asciiTheme="majorHAnsi" w:hAnsiTheme="majorHAnsi" w:cstheme="majorHAnsi"/>
        </w:rPr>
        <w:t>tegen</w:t>
      </w:r>
      <w:proofErr w:type="spellEnd"/>
      <w:r w:rsidRPr="00AD1A32">
        <w:rPr>
          <w:rFonts w:asciiTheme="majorHAnsi" w:hAnsiTheme="majorHAnsi" w:cstheme="majorHAnsi"/>
        </w:rPr>
        <w:t xml:space="preserve"> </w:t>
      </w:r>
      <w:proofErr w:type="spellStart"/>
      <w:r w:rsidRPr="00AD1A32">
        <w:rPr>
          <w:rFonts w:asciiTheme="majorHAnsi" w:hAnsiTheme="majorHAnsi" w:cstheme="majorHAnsi"/>
        </w:rPr>
        <w:t>financiële</w:t>
      </w:r>
      <w:proofErr w:type="spellEnd"/>
      <w:r w:rsidRPr="00AD1A32">
        <w:rPr>
          <w:rFonts w:asciiTheme="majorHAnsi" w:hAnsiTheme="majorHAnsi" w:cstheme="majorHAnsi"/>
        </w:rPr>
        <w:t xml:space="preserve"> </w:t>
      </w:r>
      <w:proofErr w:type="spellStart"/>
      <w:r w:rsidRPr="00AD1A32">
        <w:rPr>
          <w:rFonts w:asciiTheme="majorHAnsi" w:hAnsiTheme="majorHAnsi" w:cstheme="majorHAnsi"/>
        </w:rPr>
        <w:t>tegenslagen</w:t>
      </w:r>
      <w:proofErr w:type="spellEnd"/>
      <w:r w:rsidRPr="00AD1A32">
        <w:rPr>
          <w:rFonts w:asciiTheme="majorHAnsi" w:hAnsiTheme="majorHAnsi" w:cstheme="majorHAnsi"/>
        </w:rPr>
        <w:t xml:space="preserve">. </w:t>
      </w:r>
    </w:p>
    <w:p w14:paraId="4C8AA952" w14:textId="445CDF66" w:rsidR="00501F52" w:rsidRDefault="00724692">
      <w:pPr>
        <w:rPr>
          <w:rFonts w:asciiTheme="majorHAnsi" w:hAnsiTheme="majorHAnsi" w:cstheme="majorHAnsi"/>
        </w:rPr>
      </w:pPr>
      <w:r w:rsidRPr="00AD1A32">
        <w:rPr>
          <w:rFonts w:asciiTheme="majorHAnsi" w:hAnsiTheme="majorHAnsi" w:cstheme="majorHAnsi"/>
        </w:rPr>
        <w:t xml:space="preserve"> </w:t>
      </w:r>
    </w:p>
    <w:p w14:paraId="429C75DC" w14:textId="77777777" w:rsidR="004872AA" w:rsidRDefault="004872AA">
      <w:pPr>
        <w:rPr>
          <w:rFonts w:asciiTheme="majorHAnsi" w:hAnsiTheme="majorHAnsi" w:cstheme="majorHAnsi"/>
        </w:rPr>
      </w:pPr>
    </w:p>
    <w:p w14:paraId="626F901D" w14:textId="77777777" w:rsidR="004872AA" w:rsidRPr="00AD1A32" w:rsidRDefault="004872AA">
      <w:pPr>
        <w:rPr>
          <w:rFonts w:asciiTheme="majorHAnsi" w:hAnsiTheme="majorHAnsi" w:cstheme="majorHAnsi"/>
        </w:rPr>
      </w:pPr>
    </w:p>
    <w:sectPr w:rsidR="004872AA" w:rsidRPr="00AD1A32"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4AEA" w14:textId="77777777" w:rsidR="009D0B8D" w:rsidRDefault="009D0B8D" w:rsidP="00AC5580">
      <w:pPr>
        <w:spacing w:after="0" w:line="240" w:lineRule="auto"/>
      </w:pPr>
      <w:r>
        <w:separator/>
      </w:r>
    </w:p>
  </w:endnote>
  <w:endnote w:type="continuationSeparator" w:id="0">
    <w:p w14:paraId="36CEB60E" w14:textId="77777777" w:rsidR="009D0B8D" w:rsidRDefault="009D0B8D" w:rsidP="00AC5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AB78" w14:textId="77777777" w:rsidR="00567695" w:rsidRDefault="0056769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C0DE" w14:textId="6BC89BD7" w:rsidR="00567695" w:rsidRPr="00623576" w:rsidRDefault="00567695">
    <w:pPr>
      <w:pStyle w:val="Voettekst"/>
      <w:rPr>
        <w:i/>
        <w:iCs/>
        <w:sz w:val="18"/>
        <w:szCs w:val="18"/>
      </w:rPr>
    </w:pPr>
    <w:r w:rsidRPr="00623576">
      <w:rPr>
        <w:i/>
        <w:iCs/>
        <w:sz w:val="18"/>
        <w:szCs w:val="18"/>
      </w:rPr>
      <w:t xml:space="preserve">Versie </w:t>
    </w:r>
    <w:r w:rsidR="00A67B9B" w:rsidRPr="00623576">
      <w:rPr>
        <w:i/>
        <w:iCs/>
        <w:sz w:val="18"/>
        <w:szCs w:val="18"/>
      </w:rPr>
      <w:t>juni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22D9" w14:textId="77777777" w:rsidR="00567695" w:rsidRDefault="005676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7E6EB" w14:textId="77777777" w:rsidR="009D0B8D" w:rsidRDefault="009D0B8D" w:rsidP="00AC5580">
      <w:pPr>
        <w:spacing w:after="0" w:line="240" w:lineRule="auto"/>
      </w:pPr>
      <w:r>
        <w:separator/>
      </w:r>
    </w:p>
  </w:footnote>
  <w:footnote w:type="continuationSeparator" w:id="0">
    <w:p w14:paraId="7523C000" w14:textId="77777777" w:rsidR="009D0B8D" w:rsidRDefault="009D0B8D" w:rsidP="00AC5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2142" w14:textId="77777777" w:rsidR="00567695" w:rsidRDefault="0056769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DA5C" w14:textId="78E2C042" w:rsidR="00C93660" w:rsidRDefault="00784514">
    <w:pPr>
      <w:pStyle w:val="Koptekst"/>
    </w:pPr>
    <w:r>
      <w:rPr>
        <w:noProof/>
      </w:rPr>
      <w:drawing>
        <wp:inline distT="0" distB="0" distL="0" distR="0" wp14:anchorId="2DF6A0E2" wp14:editId="745A2A7E">
          <wp:extent cx="815340" cy="723265"/>
          <wp:effectExtent l="0" t="0" r="3810" b="635"/>
          <wp:docPr id="18796325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2503" name="Afbeelding 1879632503"/>
                  <pic:cNvPicPr/>
                </pic:nvPicPr>
                <pic:blipFill>
                  <a:blip r:embed="rId1"/>
                  <a:stretch>
                    <a:fillRect/>
                  </a:stretch>
                </pic:blipFill>
                <pic:spPr>
                  <a:xfrm>
                    <a:off x="0" y="0"/>
                    <a:ext cx="825152" cy="7319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81C5" w14:textId="77777777" w:rsidR="00567695" w:rsidRDefault="0056769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2063FFF"/>
    <w:multiLevelType w:val="hybridMultilevel"/>
    <w:tmpl w:val="D6948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46B1D38"/>
    <w:multiLevelType w:val="hybridMultilevel"/>
    <w:tmpl w:val="5396F716"/>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1" w15:restartNumberingAfterBreak="0">
    <w:nsid w:val="12DB7F70"/>
    <w:multiLevelType w:val="hybridMultilevel"/>
    <w:tmpl w:val="9486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BA658F"/>
    <w:multiLevelType w:val="hybridMultilevel"/>
    <w:tmpl w:val="ECAE624E"/>
    <w:lvl w:ilvl="0" w:tplc="04130001">
      <w:start w:val="1"/>
      <w:numFmt w:val="bullet"/>
      <w:lvlText w:val=""/>
      <w:lvlJc w:val="left"/>
      <w:pPr>
        <w:ind w:left="816" w:hanging="360"/>
      </w:pPr>
      <w:rPr>
        <w:rFonts w:ascii="Symbol" w:hAnsi="Symbol" w:hint="default"/>
      </w:rPr>
    </w:lvl>
    <w:lvl w:ilvl="1" w:tplc="04130003" w:tentative="1">
      <w:start w:val="1"/>
      <w:numFmt w:val="bullet"/>
      <w:lvlText w:val="o"/>
      <w:lvlJc w:val="left"/>
      <w:pPr>
        <w:ind w:left="1536" w:hanging="360"/>
      </w:pPr>
      <w:rPr>
        <w:rFonts w:ascii="Courier New" w:hAnsi="Courier New" w:cs="Courier New" w:hint="default"/>
      </w:rPr>
    </w:lvl>
    <w:lvl w:ilvl="2" w:tplc="04130005" w:tentative="1">
      <w:start w:val="1"/>
      <w:numFmt w:val="bullet"/>
      <w:lvlText w:val=""/>
      <w:lvlJc w:val="left"/>
      <w:pPr>
        <w:ind w:left="2256" w:hanging="360"/>
      </w:pPr>
      <w:rPr>
        <w:rFonts w:ascii="Wingdings" w:hAnsi="Wingdings" w:hint="default"/>
      </w:rPr>
    </w:lvl>
    <w:lvl w:ilvl="3" w:tplc="04130001" w:tentative="1">
      <w:start w:val="1"/>
      <w:numFmt w:val="bullet"/>
      <w:lvlText w:val=""/>
      <w:lvlJc w:val="left"/>
      <w:pPr>
        <w:ind w:left="2976" w:hanging="360"/>
      </w:pPr>
      <w:rPr>
        <w:rFonts w:ascii="Symbol" w:hAnsi="Symbol" w:hint="default"/>
      </w:rPr>
    </w:lvl>
    <w:lvl w:ilvl="4" w:tplc="04130003" w:tentative="1">
      <w:start w:val="1"/>
      <w:numFmt w:val="bullet"/>
      <w:lvlText w:val="o"/>
      <w:lvlJc w:val="left"/>
      <w:pPr>
        <w:ind w:left="3696" w:hanging="360"/>
      </w:pPr>
      <w:rPr>
        <w:rFonts w:ascii="Courier New" w:hAnsi="Courier New" w:cs="Courier New" w:hint="default"/>
      </w:rPr>
    </w:lvl>
    <w:lvl w:ilvl="5" w:tplc="04130005" w:tentative="1">
      <w:start w:val="1"/>
      <w:numFmt w:val="bullet"/>
      <w:lvlText w:val=""/>
      <w:lvlJc w:val="left"/>
      <w:pPr>
        <w:ind w:left="4416" w:hanging="360"/>
      </w:pPr>
      <w:rPr>
        <w:rFonts w:ascii="Wingdings" w:hAnsi="Wingdings" w:hint="default"/>
      </w:rPr>
    </w:lvl>
    <w:lvl w:ilvl="6" w:tplc="04130001" w:tentative="1">
      <w:start w:val="1"/>
      <w:numFmt w:val="bullet"/>
      <w:lvlText w:val=""/>
      <w:lvlJc w:val="left"/>
      <w:pPr>
        <w:ind w:left="5136" w:hanging="360"/>
      </w:pPr>
      <w:rPr>
        <w:rFonts w:ascii="Symbol" w:hAnsi="Symbol" w:hint="default"/>
      </w:rPr>
    </w:lvl>
    <w:lvl w:ilvl="7" w:tplc="04130003" w:tentative="1">
      <w:start w:val="1"/>
      <w:numFmt w:val="bullet"/>
      <w:lvlText w:val="o"/>
      <w:lvlJc w:val="left"/>
      <w:pPr>
        <w:ind w:left="5856" w:hanging="360"/>
      </w:pPr>
      <w:rPr>
        <w:rFonts w:ascii="Courier New" w:hAnsi="Courier New" w:cs="Courier New" w:hint="default"/>
      </w:rPr>
    </w:lvl>
    <w:lvl w:ilvl="8" w:tplc="04130005" w:tentative="1">
      <w:start w:val="1"/>
      <w:numFmt w:val="bullet"/>
      <w:lvlText w:val=""/>
      <w:lvlJc w:val="left"/>
      <w:pPr>
        <w:ind w:left="6576" w:hanging="360"/>
      </w:pPr>
      <w:rPr>
        <w:rFonts w:ascii="Wingdings" w:hAnsi="Wingdings" w:hint="default"/>
      </w:rPr>
    </w:lvl>
  </w:abstractNum>
  <w:abstractNum w:abstractNumId="13" w15:restartNumberingAfterBreak="0">
    <w:nsid w:val="21045835"/>
    <w:multiLevelType w:val="hybridMultilevel"/>
    <w:tmpl w:val="57FA7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B772FB"/>
    <w:multiLevelType w:val="hybridMultilevel"/>
    <w:tmpl w:val="2F264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862D5C"/>
    <w:multiLevelType w:val="hybridMultilevel"/>
    <w:tmpl w:val="CF5E043E"/>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6" w15:restartNumberingAfterBreak="0">
    <w:nsid w:val="5B8F4038"/>
    <w:multiLevelType w:val="hybridMultilevel"/>
    <w:tmpl w:val="AA449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011F7B"/>
    <w:multiLevelType w:val="hybridMultilevel"/>
    <w:tmpl w:val="D9867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E1D261D"/>
    <w:multiLevelType w:val="hybridMultilevel"/>
    <w:tmpl w:val="442829B4"/>
    <w:lvl w:ilvl="0" w:tplc="BFC68E0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78407C"/>
    <w:multiLevelType w:val="hybridMultilevel"/>
    <w:tmpl w:val="385ED00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0" w15:restartNumberingAfterBreak="0">
    <w:nsid w:val="75575C17"/>
    <w:multiLevelType w:val="hybridMultilevel"/>
    <w:tmpl w:val="405C5B2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58A70F1"/>
    <w:multiLevelType w:val="hybridMultilevel"/>
    <w:tmpl w:val="1F94F5CE"/>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22" w15:restartNumberingAfterBreak="0">
    <w:nsid w:val="79CF3AAE"/>
    <w:multiLevelType w:val="hybridMultilevel"/>
    <w:tmpl w:val="AF525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5B1511"/>
    <w:multiLevelType w:val="hybridMultilevel"/>
    <w:tmpl w:val="B8F89E08"/>
    <w:lvl w:ilvl="0" w:tplc="04130001">
      <w:start w:val="1"/>
      <w:numFmt w:val="bullet"/>
      <w:lvlText w:val=""/>
      <w:lvlJc w:val="left"/>
      <w:pPr>
        <w:ind w:left="816" w:hanging="360"/>
      </w:pPr>
      <w:rPr>
        <w:rFonts w:ascii="Symbol" w:hAnsi="Symbol" w:hint="default"/>
      </w:rPr>
    </w:lvl>
    <w:lvl w:ilvl="1" w:tplc="04130003" w:tentative="1">
      <w:start w:val="1"/>
      <w:numFmt w:val="bullet"/>
      <w:lvlText w:val="o"/>
      <w:lvlJc w:val="left"/>
      <w:pPr>
        <w:ind w:left="1536" w:hanging="360"/>
      </w:pPr>
      <w:rPr>
        <w:rFonts w:ascii="Courier New" w:hAnsi="Courier New" w:cs="Courier New" w:hint="default"/>
      </w:rPr>
    </w:lvl>
    <w:lvl w:ilvl="2" w:tplc="04130005" w:tentative="1">
      <w:start w:val="1"/>
      <w:numFmt w:val="bullet"/>
      <w:lvlText w:val=""/>
      <w:lvlJc w:val="left"/>
      <w:pPr>
        <w:ind w:left="2256" w:hanging="360"/>
      </w:pPr>
      <w:rPr>
        <w:rFonts w:ascii="Wingdings" w:hAnsi="Wingdings" w:hint="default"/>
      </w:rPr>
    </w:lvl>
    <w:lvl w:ilvl="3" w:tplc="04130001" w:tentative="1">
      <w:start w:val="1"/>
      <w:numFmt w:val="bullet"/>
      <w:lvlText w:val=""/>
      <w:lvlJc w:val="left"/>
      <w:pPr>
        <w:ind w:left="2976" w:hanging="360"/>
      </w:pPr>
      <w:rPr>
        <w:rFonts w:ascii="Symbol" w:hAnsi="Symbol" w:hint="default"/>
      </w:rPr>
    </w:lvl>
    <w:lvl w:ilvl="4" w:tplc="04130003" w:tentative="1">
      <w:start w:val="1"/>
      <w:numFmt w:val="bullet"/>
      <w:lvlText w:val="o"/>
      <w:lvlJc w:val="left"/>
      <w:pPr>
        <w:ind w:left="3696" w:hanging="360"/>
      </w:pPr>
      <w:rPr>
        <w:rFonts w:ascii="Courier New" w:hAnsi="Courier New" w:cs="Courier New" w:hint="default"/>
      </w:rPr>
    </w:lvl>
    <w:lvl w:ilvl="5" w:tplc="04130005" w:tentative="1">
      <w:start w:val="1"/>
      <w:numFmt w:val="bullet"/>
      <w:lvlText w:val=""/>
      <w:lvlJc w:val="left"/>
      <w:pPr>
        <w:ind w:left="4416" w:hanging="360"/>
      </w:pPr>
      <w:rPr>
        <w:rFonts w:ascii="Wingdings" w:hAnsi="Wingdings" w:hint="default"/>
      </w:rPr>
    </w:lvl>
    <w:lvl w:ilvl="6" w:tplc="04130001" w:tentative="1">
      <w:start w:val="1"/>
      <w:numFmt w:val="bullet"/>
      <w:lvlText w:val=""/>
      <w:lvlJc w:val="left"/>
      <w:pPr>
        <w:ind w:left="5136" w:hanging="360"/>
      </w:pPr>
      <w:rPr>
        <w:rFonts w:ascii="Symbol" w:hAnsi="Symbol" w:hint="default"/>
      </w:rPr>
    </w:lvl>
    <w:lvl w:ilvl="7" w:tplc="04130003" w:tentative="1">
      <w:start w:val="1"/>
      <w:numFmt w:val="bullet"/>
      <w:lvlText w:val="o"/>
      <w:lvlJc w:val="left"/>
      <w:pPr>
        <w:ind w:left="5856" w:hanging="360"/>
      </w:pPr>
      <w:rPr>
        <w:rFonts w:ascii="Courier New" w:hAnsi="Courier New" w:cs="Courier New" w:hint="default"/>
      </w:rPr>
    </w:lvl>
    <w:lvl w:ilvl="8" w:tplc="04130005" w:tentative="1">
      <w:start w:val="1"/>
      <w:numFmt w:val="bullet"/>
      <w:lvlText w:val=""/>
      <w:lvlJc w:val="left"/>
      <w:pPr>
        <w:ind w:left="6576" w:hanging="360"/>
      </w:pPr>
      <w:rPr>
        <w:rFonts w:ascii="Wingdings" w:hAnsi="Wingdings" w:hint="default"/>
      </w:rPr>
    </w:lvl>
  </w:abstractNum>
  <w:num w:numId="1" w16cid:durableId="1983075700">
    <w:abstractNumId w:val="8"/>
  </w:num>
  <w:num w:numId="2" w16cid:durableId="1304853510">
    <w:abstractNumId w:val="6"/>
  </w:num>
  <w:num w:numId="3" w16cid:durableId="2068717820">
    <w:abstractNumId w:val="5"/>
  </w:num>
  <w:num w:numId="4" w16cid:durableId="1487745168">
    <w:abstractNumId w:val="4"/>
  </w:num>
  <w:num w:numId="5" w16cid:durableId="1440174584">
    <w:abstractNumId w:val="7"/>
  </w:num>
  <w:num w:numId="6" w16cid:durableId="1868903661">
    <w:abstractNumId w:val="3"/>
  </w:num>
  <w:num w:numId="7" w16cid:durableId="1052189880">
    <w:abstractNumId w:val="2"/>
  </w:num>
  <w:num w:numId="8" w16cid:durableId="886835254">
    <w:abstractNumId w:val="1"/>
  </w:num>
  <w:num w:numId="9" w16cid:durableId="1741056327">
    <w:abstractNumId w:val="0"/>
  </w:num>
  <w:num w:numId="10" w16cid:durableId="1638300062">
    <w:abstractNumId w:val="21"/>
  </w:num>
  <w:num w:numId="11" w16cid:durableId="1618444156">
    <w:abstractNumId w:val="23"/>
  </w:num>
  <w:num w:numId="12" w16cid:durableId="1762988656">
    <w:abstractNumId w:val="10"/>
  </w:num>
  <w:num w:numId="13" w16cid:durableId="395323022">
    <w:abstractNumId w:val="16"/>
  </w:num>
  <w:num w:numId="14" w16cid:durableId="1430203041">
    <w:abstractNumId w:val="12"/>
  </w:num>
  <w:num w:numId="15" w16cid:durableId="1416055908">
    <w:abstractNumId w:val="19"/>
  </w:num>
  <w:num w:numId="16" w16cid:durableId="1130589646">
    <w:abstractNumId w:val="15"/>
  </w:num>
  <w:num w:numId="17" w16cid:durableId="1154908105">
    <w:abstractNumId w:val="13"/>
  </w:num>
  <w:num w:numId="18" w16cid:durableId="720248330">
    <w:abstractNumId w:val="11"/>
  </w:num>
  <w:num w:numId="19" w16cid:durableId="153300049">
    <w:abstractNumId w:val="18"/>
  </w:num>
  <w:num w:numId="20" w16cid:durableId="692925380">
    <w:abstractNumId w:val="20"/>
  </w:num>
  <w:num w:numId="21" w16cid:durableId="1594165819">
    <w:abstractNumId w:val="14"/>
  </w:num>
  <w:num w:numId="22" w16cid:durableId="494995742">
    <w:abstractNumId w:val="22"/>
  </w:num>
  <w:num w:numId="23" w16cid:durableId="1169061217">
    <w:abstractNumId w:val="17"/>
  </w:num>
  <w:num w:numId="24" w16cid:durableId="20103319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80E"/>
    <w:rsid w:val="00001114"/>
    <w:rsid w:val="00007468"/>
    <w:rsid w:val="00011AB1"/>
    <w:rsid w:val="00027925"/>
    <w:rsid w:val="000325C3"/>
    <w:rsid w:val="00034616"/>
    <w:rsid w:val="0004366E"/>
    <w:rsid w:val="00044EBC"/>
    <w:rsid w:val="00045250"/>
    <w:rsid w:val="0005253A"/>
    <w:rsid w:val="0006063C"/>
    <w:rsid w:val="00071E02"/>
    <w:rsid w:val="00077F31"/>
    <w:rsid w:val="00084E81"/>
    <w:rsid w:val="000876F5"/>
    <w:rsid w:val="00094E91"/>
    <w:rsid w:val="000A3733"/>
    <w:rsid w:val="000A3C93"/>
    <w:rsid w:val="000A4127"/>
    <w:rsid w:val="000B0D92"/>
    <w:rsid w:val="000B0D9B"/>
    <w:rsid w:val="000B18CA"/>
    <w:rsid w:val="000C6586"/>
    <w:rsid w:val="000D5EF3"/>
    <w:rsid w:val="000D6093"/>
    <w:rsid w:val="000E09A9"/>
    <w:rsid w:val="000E4760"/>
    <w:rsid w:val="000F7A0F"/>
    <w:rsid w:val="00101244"/>
    <w:rsid w:val="00102697"/>
    <w:rsid w:val="00104179"/>
    <w:rsid w:val="001051A5"/>
    <w:rsid w:val="00110F3B"/>
    <w:rsid w:val="00115CE3"/>
    <w:rsid w:val="001175C2"/>
    <w:rsid w:val="00142B97"/>
    <w:rsid w:val="001470CF"/>
    <w:rsid w:val="001502D4"/>
    <w:rsid w:val="0015074B"/>
    <w:rsid w:val="00186BD4"/>
    <w:rsid w:val="00196BD5"/>
    <w:rsid w:val="001A37C1"/>
    <w:rsid w:val="001B33DE"/>
    <w:rsid w:val="001B5743"/>
    <w:rsid w:val="001C7273"/>
    <w:rsid w:val="001C7529"/>
    <w:rsid w:val="001D0A4B"/>
    <w:rsid w:val="001D0FD7"/>
    <w:rsid w:val="001D19FA"/>
    <w:rsid w:val="001D42FC"/>
    <w:rsid w:val="001F0BF5"/>
    <w:rsid w:val="001F1A86"/>
    <w:rsid w:val="001F1C55"/>
    <w:rsid w:val="001F7E1E"/>
    <w:rsid w:val="00211C47"/>
    <w:rsid w:val="0022439E"/>
    <w:rsid w:val="0022470E"/>
    <w:rsid w:val="002319BC"/>
    <w:rsid w:val="00232909"/>
    <w:rsid w:val="00235EED"/>
    <w:rsid w:val="00244FF9"/>
    <w:rsid w:val="002473D3"/>
    <w:rsid w:val="00263C9B"/>
    <w:rsid w:val="002838E4"/>
    <w:rsid w:val="0029639D"/>
    <w:rsid w:val="00297CFC"/>
    <w:rsid w:val="002E36CF"/>
    <w:rsid w:val="00300C55"/>
    <w:rsid w:val="00322302"/>
    <w:rsid w:val="003251E5"/>
    <w:rsid w:val="00325F8A"/>
    <w:rsid w:val="003268AE"/>
    <w:rsid w:val="00326F90"/>
    <w:rsid w:val="00335D7E"/>
    <w:rsid w:val="00336130"/>
    <w:rsid w:val="003378BC"/>
    <w:rsid w:val="00375CF3"/>
    <w:rsid w:val="00391D30"/>
    <w:rsid w:val="003921AC"/>
    <w:rsid w:val="0039263E"/>
    <w:rsid w:val="0039566A"/>
    <w:rsid w:val="003A07C5"/>
    <w:rsid w:val="003A65D0"/>
    <w:rsid w:val="003A732D"/>
    <w:rsid w:val="003B59CF"/>
    <w:rsid w:val="003D1EB8"/>
    <w:rsid w:val="003D2ED0"/>
    <w:rsid w:val="003E7F79"/>
    <w:rsid w:val="003F6992"/>
    <w:rsid w:val="00401E06"/>
    <w:rsid w:val="00410AFB"/>
    <w:rsid w:val="00422093"/>
    <w:rsid w:val="00427CF5"/>
    <w:rsid w:val="0046239C"/>
    <w:rsid w:val="004669AA"/>
    <w:rsid w:val="004807F9"/>
    <w:rsid w:val="004835A8"/>
    <w:rsid w:val="00485258"/>
    <w:rsid w:val="0048675F"/>
    <w:rsid w:val="004872AA"/>
    <w:rsid w:val="004B234F"/>
    <w:rsid w:val="004B2E1B"/>
    <w:rsid w:val="004C0167"/>
    <w:rsid w:val="004C0B3B"/>
    <w:rsid w:val="004C46FC"/>
    <w:rsid w:val="004D5577"/>
    <w:rsid w:val="004D5DAF"/>
    <w:rsid w:val="004E344D"/>
    <w:rsid w:val="004F175A"/>
    <w:rsid w:val="00501F52"/>
    <w:rsid w:val="00503187"/>
    <w:rsid w:val="00511F8B"/>
    <w:rsid w:val="00521610"/>
    <w:rsid w:val="00533BE3"/>
    <w:rsid w:val="00540528"/>
    <w:rsid w:val="00543D97"/>
    <w:rsid w:val="00544225"/>
    <w:rsid w:val="00547221"/>
    <w:rsid w:val="00553B17"/>
    <w:rsid w:val="00560350"/>
    <w:rsid w:val="00565FE6"/>
    <w:rsid w:val="00567695"/>
    <w:rsid w:val="00573660"/>
    <w:rsid w:val="00577761"/>
    <w:rsid w:val="0058792D"/>
    <w:rsid w:val="00587F41"/>
    <w:rsid w:val="005900D3"/>
    <w:rsid w:val="00590E72"/>
    <w:rsid w:val="005A2E60"/>
    <w:rsid w:val="005B0E56"/>
    <w:rsid w:val="005C23FE"/>
    <w:rsid w:val="005D5F56"/>
    <w:rsid w:val="005D733A"/>
    <w:rsid w:val="005E15A1"/>
    <w:rsid w:val="005F5D84"/>
    <w:rsid w:val="00601301"/>
    <w:rsid w:val="0060655C"/>
    <w:rsid w:val="00606F5E"/>
    <w:rsid w:val="00611748"/>
    <w:rsid w:val="006119BF"/>
    <w:rsid w:val="00611ED4"/>
    <w:rsid w:val="00623576"/>
    <w:rsid w:val="00632B13"/>
    <w:rsid w:val="00641152"/>
    <w:rsid w:val="006428DF"/>
    <w:rsid w:val="00647A98"/>
    <w:rsid w:val="0066286E"/>
    <w:rsid w:val="006648D0"/>
    <w:rsid w:val="00684803"/>
    <w:rsid w:val="006862E8"/>
    <w:rsid w:val="00687369"/>
    <w:rsid w:val="0069085C"/>
    <w:rsid w:val="00696AA0"/>
    <w:rsid w:val="006A1144"/>
    <w:rsid w:val="006A2C32"/>
    <w:rsid w:val="006B52A9"/>
    <w:rsid w:val="006B7F92"/>
    <w:rsid w:val="006C317F"/>
    <w:rsid w:val="006C4781"/>
    <w:rsid w:val="006D01D2"/>
    <w:rsid w:val="006D39E6"/>
    <w:rsid w:val="006D437B"/>
    <w:rsid w:val="006E2906"/>
    <w:rsid w:val="006E2921"/>
    <w:rsid w:val="006F00C2"/>
    <w:rsid w:val="0070263A"/>
    <w:rsid w:val="00707185"/>
    <w:rsid w:val="00710CE4"/>
    <w:rsid w:val="0071199F"/>
    <w:rsid w:val="00724692"/>
    <w:rsid w:val="00746562"/>
    <w:rsid w:val="00751D56"/>
    <w:rsid w:val="00754E13"/>
    <w:rsid w:val="007759AE"/>
    <w:rsid w:val="00784514"/>
    <w:rsid w:val="00795B43"/>
    <w:rsid w:val="007978E5"/>
    <w:rsid w:val="007A022B"/>
    <w:rsid w:val="007C5D46"/>
    <w:rsid w:val="007C7CC7"/>
    <w:rsid w:val="007D7846"/>
    <w:rsid w:val="007E3D15"/>
    <w:rsid w:val="007F4D03"/>
    <w:rsid w:val="008032CA"/>
    <w:rsid w:val="0081277F"/>
    <w:rsid w:val="00813636"/>
    <w:rsid w:val="008163FF"/>
    <w:rsid w:val="00831FF5"/>
    <w:rsid w:val="008344A4"/>
    <w:rsid w:val="0084791F"/>
    <w:rsid w:val="00854400"/>
    <w:rsid w:val="00854D47"/>
    <w:rsid w:val="008702C1"/>
    <w:rsid w:val="008712EC"/>
    <w:rsid w:val="00887635"/>
    <w:rsid w:val="008922BC"/>
    <w:rsid w:val="0089641A"/>
    <w:rsid w:val="00896803"/>
    <w:rsid w:val="008A0D62"/>
    <w:rsid w:val="008A0E5B"/>
    <w:rsid w:val="008A2AC2"/>
    <w:rsid w:val="008B1DBB"/>
    <w:rsid w:val="008B44DC"/>
    <w:rsid w:val="008C2A69"/>
    <w:rsid w:val="008E3AC8"/>
    <w:rsid w:val="008E3C6A"/>
    <w:rsid w:val="00902C2E"/>
    <w:rsid w:val="0091404C"/>
    <w:rsid w:val="009217A4"/>
    <w:rsid w:val="00921919"/>
    <w:rsid w:val="009258A6"/>
    <w:rsid w:val="009272F2"/>
    <w:rsid w:val="00933D39"/>
    <w:rsid w:val="00950348"/>
    <w:rsid w:val="00970DE0"/>
    <w:rsid w:val="00973D13"/>
    <w:rsid w:val="00976F18"/>
    <w:rsid w:val="00983C9A"/>
    <w:rsid w:val="00993F35"/>
    <w:rsid w:val="009A78FA"/>
    <w:rsid w:val="009B674C"/>
    <w:rsid w:val="009D0B8D"/>
    <w:rsid w:val="009D141D"/>
    <w:rsid w:val="009D40A9"/>
    <w:rsid w:val="009F1CD0"/>
    <w:rsid w:val="00A05A61"/>
    <w:rsid w:val="00A17980"/>
    <w:rsid w:val="00A232AA"/>
    <w:rsid w:val="00A23F18"/>
    <w:rsid w:val="00A3137B"/>
    <w:rsid w:val="00A46A21"/>
    <w:rsid w:val="00A67B9B"/>
    <w:rsid w:val="00A743A4"/>
    <w:rsid w:val="00A84123"/>
    <w:rsid w:val="00A85B5F"/>
    <w:rsid w:val="00A85CB0"/>
    <w:rsid w:val="00AA1D8D"/>
    <w:rsid w:val="00AC4840"/>
    <w:rsid w:val="00AC5580"/>
    <w:rsid w:val="00AD1A32"/>
    <w:rsid w:val="00AD22A0"/>
    <w:rsid w:val="00AD56E9"/>
    <w:rsid w:val="00AD7D24"/>
    <w:rsid w:val="00AE27FB"/>
    <w:rsid w:val="00AF3783"/>
    <w:rsid w:val="00AF4FB2"/>
    <w:rsid w:val="00B17F34"/>
    <w:rsid w:val="00B215E0"/>
    <w:rsid w:val="00B476BB"/>
    <w:rsid w:val="00B47730"/>
    <w:rsid w:val="00B64242"/>
    <w:rsid w:val="00B805A0"/>
    <w:rsid w:val="00B85DC8"/>
    <w:rsid w:val="00B9161F"/>
    <w:rsid w:val="00B938DD"/>
    <w:rsid w:val="00BB08EF"/>
    <w:rsid w:val="00BC39F3"/>
    <w:rsid w:val="00BC69A4"/>
    <w:rsid w:val="00BD08DF"/>
    <w:rsid w:val="00BD1B8A"/>
    <w:rsid w:val="00BD7D8B"/>
    <w:rsid w:val="00BE55A3"/>
    <w:rsid w:val="00BE74D2"/>
    <w:rsid w:val="00BF1FB2"/>
    <w:rsid w:val="00BF42E4"/>
    <w:rsid w:val="00C165CE"/>
    <w:rsid w:val="00C201DA"/>
    <w:rsid w:val="00C269D0"/>
    <w:rsid w:val="00C26FD7"/>
    <w:rsid w:val="00C40EA9"/>
    <w:rsid w:val="00C42CAF"/>
    <w:rsid w:val="00C53F99"/>
    <w:rsid w:val="00C60F6B"/>
    <w:rsid w:val="00C62429"/>
    <w:rsid w:val="00C63D74"/>
    <w:rsid w:val="00C66CDF"/>
    <w:rsid w:val="00C93660"/>
    <w:rsid w:val="00CA3A0A"/>
    <w:rsid w:val="00CA4A0F"/>
    <w:rsid w:val="00CB0664"/>
    <w:rsid w:val="00CB17A0"/>
    <w:rsid w:val="00CC03FC"/>
    <w:rsid w:val="00CC627D"/>
    <w:rsid w:val="00CC6627"/>
    <w:rsid w:val="00CE7083"/>
    <w:rsid w:val="00CF0175"/>
    <w:rsid w:val="00CF0579"/>
    <w:rsid w:val="00CF21E6"/>
    <w:rsid w:val="00CF3A29"/>
    <w:rsid w:val="00CF49B2"/>
    <w:rsid w:val="00CF51E2"/>
    <w:rsid w:val="00CF57A6"/>
    <w:rsid w:val="00D01D7E"/>
    <w:rsid w:val="00D07A75"/>
    <w:rsid w:val="00D107BA"/>
    <w:rsid w:val="00D140C6"/>
    <w:rsid w:val="00D14DDF"/>
    <w:rsid w:val="00D1728F"/>
    <w:rsid w:val="00D23EDE"/>
    <w:rsid w:val="00D25D63"/>
    <w:rsid w:val="00D37A6A"/>
    <w:rsid w:val="00D455C4"/>
    <w:rsid w:val="00D55129"/>
    <w:rsid w:val="00D62456"/>
    <w:rsid w:val="00D7122C"/>
    <w:rsid w:val="00D82CCC"/>
    <w:rsid w:val="00D9689C"/>
    <w:rsid w:val="00DA3056"/>
    <w:rsid w:val="00DA426B"/>
    <w:rsid w:val="00DB56E6"/>
    <w:rsid w:val="00DD2298"/>
    <w:rsid w:val="00DD590C"/>
    <w:rsid w:val="00DE0210"/>
    <w:rsid w:val="00DE0AAD"/>
    <w:rsid w:val="00E040FF"/>
    <w:rsid w:val="00E12829"/>
    <w:rsid w:val="00E13983"/>
    <w:rsid w:val="00E14220"/>
    <w:rsid w:val="00E217B4"/>
    <w:rsid w:val="00E311E8"/>
    <w:rsid w:val="00E34AC0"/>
    <w:rsid w:val="00E40913"/>
    <w:rsid w:val="00E42171"/>
    <w:rsid w:val="00E435D8"/>
    <w:rsid w:val="00E472C5"/>
    <w:rsid w:val="00E62FA8"/>
    <w:rsid w:val="00E654A8"/>
    <w:rsid w:val="00E70F48"/>
    <w:rsid w:val="00E75FA8"/>
    <w:rsid w:val="00E812D6"/>
    <w:rsid w:val="00E83634"/>
    <w:rsid w:val="00E87775"/>
    <w:rsid w:val="00E91D12"/>
    <w:rsid w:val="00EA29A6"/>
    <w:rsid w:val="00EA4A38"/>
    <w:rsid w:val="00EB4082"/>
    <w:rsid w:val="00EC55E9"/>
    <w:rsid w:val="00ED4CE5"/>
    <w:rsid w:val="00EE0F7E"/>
    <w:rsid w:val="00EE46CA"/>
    <w:rsid w:val="00EF057F"/>
    <w:rsid w:val="00EF6BCE"/>
    <w:rsid w:val="00EF7271"/>
    <w:rsid w:val="00F01C0E"/>
    <w:rsid w:val="00F2333F"/>
    <w:rsid w:val="00F23F2C"/>
    <w:rsid w:val="00F30208"/>
    <w:rsid w:val="00F42936"/>
    <w:rsid w:val="00F53CA8"/>
    <w:rsid w:val="00F571B7"/>
    <w:rsid w:val="00F70691"/>
    <w:rsid w:val="00F7315A"/>
    <w:rsid w:val="00F75434"/>
    <w:rsid w:val="00F82E2E"/>
    <w:rsid w:val="00F87CD2"/>
    <w:rsid w:val="00F900F8"/>
    <w:rsid w:val="00F9485F"/>
    <w:rsid w:val="00FA2DB2"/>
    <w:rsid w:val="00FA2E18"/>
    <w:rsid w:val="00FA4241"/>
    <w:rsid w:val="00FA6C50"/>
    <w:rsid w:val="00FB065D"/>
    <w:rsid w:val="00FB3629"/>
    <w:rsid w:val="00FC24D3"/>
    <w:rsid w:val="00FC3159"/>
    <w:rsid w:val="00FC478A"/>
    <w:rsid w:val="00FC693F"/>
    <w:rsid w:val="00FD6CAF"/>
    <w:rsid w:val="00FE5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0C3DF"/>
  <w14:defaultImageDpi w14:val="300"/>
  <w15:docId w15:val="{7A4B024C-3443-4198-B6F2-4F0A738C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rPr>
      <w:lang w:val="nl-NL"/>
    </w:rPr>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alweb">
    <w:name w:val="Normal (Web)"/>
    <w:basedOn w:val="Standaard"/>
    <w:uiPriority w:val="99"/>
    <w:semiHidden/>
    <w:unhideWhenUsed/>
    <w:rsid w:val="006862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735F1402F37349B32D019D305540D6" ma:contentTypeVersion="11" ma:contentTypeDescription="Een nieuw document maken." ma:contentTypeScope="" ma:versionID="ddd01f2453c7a3a3bfd33a01bf6287e5">
  <xsd:schema xmlns:xsd="http://www.w3.org/2001/XMLSchema" xmlns:xs="http://www.w3.org/2001/XMLSchema" xmlns:p="http://schemas.microsoft.com/office/2006/metadata/properties" xmlns:ns2="10427bf8-be46-4cfd-965e-9fe72441a047" xmlns:ns3="80c35202-8b2c-4bb1-955d-03a869e1d590" targetNamespace="http://schemas.microsoft.com/office/2006/metadata/properties" ma:root="true" ma:fieldsID="04d71b64cf8921eb77fc90a646bfb9d5" ns2:_="" ns3:_="">
    <xsd:import namespace="10427bf8-be46-4cfd-965e-9fe72441a047"/>
    <xsd:import namespace="80c35202-8b2c-4bb1-955d-03a869e1d5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7bf8-be46-4cfd-965e-9fe72441a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db16937-867e-4fad-a24a-124b5aab712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c35202-8b2c-4bb1-955d-03a869e1d5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8d9c13-f50f-4f82-a412-812b6fb5b677}" ma:internalName="TaxCatchAll" ma:showField="CatchAllData" ma:web="80c35202-8b2c-4bb1-955d-03a869e1d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427bf8-be46-4cfd-965e-9fe72441a047">
      <Terms xmlns="http://schemas.microsoft.com/office/infopath/2007/PartnerControls"/>
    </lcf76f155ced4ddcb4097134ff3c332f>
    <TaxCatchAll xmlns="80c35202-8b2c-4bb1-955d-03a869e1d59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65BF4-F6EA-455F-B667-FFF3B5C11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7bf8-be46-4cfd-965e-9fe72441a047"/>
    <ds:schemaRef ds:uri="80c35202-8b2c-4bb1-955d-03a869e1d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B4B53387-EA95-4244-8961-4D87108C166D}">
  <ds:schemaRefs>
    <ds:schemaRef ds:uri="http://schemas.microsoft.com/office/2006/metadata/properties"/>
    <ds:schemaRef ds:uri="http://schemas.microsoft.com/office/infopath/2007/PartnerControls"/>
    <ds:schemaRef ds:uri="10427bf8-be46-4cfd-965e-9fe72441a047"/>
    <ds:schemaRef ds:uri="80c35202-8b2c-4bb1-955d-03a869e1d590"/>
  </ds:schemaRefs>
</ds:datastoreItem>
</file>

<file path=customXml/itemProps4.xml><?xml version="1.0" encoding="utf-8"?>
<ds:datastoreItem xmlns:ds="http://schemas.openxmlformats.org/officeDocument/2006/customXml" ds:itemID="{0325C7E2-C3CC-4BB6-A307-5A2440698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8170</TotalTime>
  <Pages>13</Pages>
  <Words>2388</Words>
  <Characters>13140</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Jan | Het-Dierenhuis</cp:lastModifiedBy>
  <cp:revision>152</cp:revision>
  <dcterms:created xsi:type="dcterms:W3CDTF">2026-04-07T20:19:00Z</dcterms:created>
  <dcterms:modified xsi:type="dcterms:W3CDTF">2026-06-11T18:23:00Z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0x010100A1735F1402F37349B32D019D305540D6</vt:lpwstr>
  </property>
</Properties>
</file>